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1A1E9" w14:textId="77777777" w:rsidR="0051301B" w:rsidRDefault="00000000" w:rsidP="00CD03B4">
      <w:pPr>
        <w:spacing w:after="0" w:line="240" w:lineRule="auto"/>
        <w:ind w:left="-142"/>
        <w:jc w:val="center"/>
      </w:pPr>
      <w:r>
        <w:rPr>
          <w:b/>
          <w:sz w:val="24"/>
        </w:rPr>
        <w:t>PLAN PISANIH PROVJERA ZA MJESEC OKTOBAR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05EF7081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2D23F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C976A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DA8A5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F8F32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94318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3DABA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52BAE11C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BACE0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E3E711" w14:textId="69D7CF01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 xml:space="preserve">1.10. do </w:t>
            </w:r>
            <w:r w:rsidR="00832B22">
              <w:rPr>
                <w:sz w:val="14"/>
              </w:rPr>
              <w:t>2</w:t>
            </w:r>
            <w:r>
              <w:rPr>
                <w:sz w:val="14"/>
              </w:rPr>
              <w:t>.10.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243AE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5.10. do 9.10.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F4DE4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12.10. do 16.10.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00174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19.10. do 23.10.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8984D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26.10. do 30.10.</w:t>
            </w:r>
          </w:p>
        </w:tc>
      </w:tr>
      <w:tr w:rsidR="0051301B" w14:paraId="6CFD7E06" w14:textId="77777777" w:rsidTr="00445179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5ACC4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5CC412" w14:textId="172D4137" w:rsidR="0051301B" w:rsidRDefault="00832B22">
            <w:pPr>
              <w:spacing w:after="0" w:line="240" w:lineRule="auto"/>
              <w:jc w:val="center"/>
            </w:pPr>
            <w:r>
              <w:t>P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ACA6B" w14:textId="3E2BAB61" w:rsidR="0051301B" w:rsidRDefault="00832B22">
            <w:pPr>
              <w:spacing w:after="0" w:line="240" w:lineRule="auto"/>
              <w:jc w:val="center"/>
            </w:pPr>
            <w:r>
              <w:t>U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944995" w14:textId="2C5A7E42" w:rsidR="0051301B" w:rsidRDefault="00832B22">
            <w:pPr>
              <w:spacing w:after="0" w:line="240" w:lineRule="auto"/>
              <w:jc w:val="center"/>
            </w:pPr>
            <w:r>
              <w:t>S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D7A36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A3C0A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23205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9C504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C0366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F4680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48E25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1FE3B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0DC7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C5D4E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4C94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A873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91AAA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4BF36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C5752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2B747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1FCE4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39339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7BF6E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BAC7D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256F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1FB20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</w:tr>
      <w:tr w:rsidR="0051301B" w14:paraId="08F80EB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D890F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DEC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ADBB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06E9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2CDF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94BE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6A44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CE03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84D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308B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671B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86D3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F1A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5761A9" w14:textId="774FE41F" w:rsidR="0051301B" w:rsidRDefault="00EE3E2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4A51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2E5BC3" w14:textId="7A776737" w:rsidR="0051301B" w:rsidRDefault="00EE3E2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2FF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9BC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014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6CE826" w14:textId="7481D5BA" w:rsidR="0051301B" w:rsidRDefault="00F46F8D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12C1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86AB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30E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F3309C" w14:textId="139A0BD8" w:rsidR="0051301B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9C91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947FD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94E70B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58E0F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BAAC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7486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5043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38CE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2F2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2646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6483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08D8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57EC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1464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649B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BE92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F833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CF70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19F3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A6E0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00BE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A034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06A6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1FE7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0E61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073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E265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5C8D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B61B9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F4DE006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5E62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9C4F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962A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E43A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AED9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D8FA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1A65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9A1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9956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9373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C67C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A0B6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73B5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119CF0" w14:textId="1EE53E24" w:rsidR="0051301B" w:rsidRDefault="00EE3E2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BE70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EF3CCF" w14:textId="3D2CAB77" w:rsidR="0051301B" w:rsidRDefault="00EE3E2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FCCE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8FD3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9F7388" w14:textId="0F0972AD" w:rsidR="0051301B" w:rsidRDefault="00F46F8D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2007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BAF4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3A4C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8F8B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F634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D71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FDCA7D" w14:textId="00F3A563" w:rsidR="0051301B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</w:tr>
      <w:tr w:rsidR="0051301B" w14:paraId="4BD8F14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980C0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1B4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33F0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B11D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C7D6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737D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A6CF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72FE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9A33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B15F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661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8F2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467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1249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9027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3A47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CB49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DFB2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CD7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9CD0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FF95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5C8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0A3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D50C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9C4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CCD37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9AB6D7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AD902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014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8E99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994A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BC56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F80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F845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87BF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D0C0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40C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51FE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92CE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FAF1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004ADC" w14:textId="614B1A78" w:rsidR="0051301B" w:rsidRDefault="00EE3E2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44C0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9F7B45" w14:textId="191ECA1F" w:rsidR="0051301B" w:rsidRDefault="00EE3E2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48CD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F3F9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AF39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3888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D720DC" w14:textId="723992CB" w:rsidR="0051301B" w:rsidRDefault="00F46F8D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1448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21BF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B444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BAEB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F7BA1C" w14:textId="46F3A2D1" w:rsidR="0051301B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</w:tr>
      <w:tr w:rsidR="0051301B" w14:paraId="475CA54B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92FE9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3CCB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7A6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C268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3152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3900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DB71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A222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0F5E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A0A9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0E4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75F5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6AFE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B5E7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821B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5AEF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B1A8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92DE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6FB6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AF09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77D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2705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08A6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E1BC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FA3E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0C89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832B22" w14:paraId="290345EA" w14:textId="77777777" w:rsidTr="00445179">
        <w:trPr>
          <w:trHeight w:hRule="exact" w:val="225"/>
        </w:trPr>
        <w:tc>
          <w:tcPr>
            <w:tcW w:w="1250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914E02" w14:textId="77777777" w:rsidR="00832B22" w:rsidRDefault="00832B22">
            <w:pPr>
              <w:spacing w:after="0" w:line="240" w:lineRule="auto"/>
              <w:jc w:val="center"/>
            </w:pPr>
            <w:r>
              <w:t>V-4</w:t>
            </w:r>
          </w:p>
          <w:p w14:paraId="544DDC5E" w14:textId="02D410D0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0BE727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F9750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4CB139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37DDC1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430D4D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23B29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454DD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B841E8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52DC9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7A486B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3906E4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CA2062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493B5A" w14:textId="1E410B77" w:rsidR="00832B22" w:rsidRDefault="00EE3E2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76A6D0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EA5F77" w14:textId="2EFFA8E2" w:rsidR="00832B22" w:rsidRDefault="00EE3E2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5D3344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84AC24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CC569" w14:textId="7C0B5F96" w:rsidR="00832B22" w:rsidRDefault="00F46F8D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BE08F0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9B715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A15694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833D37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02B76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204ED2" w14:textId="77777777" w:rsidR="00832B22" w:rsidRDefault="00832B2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C98EB" w14:textId="7AEAACDB" w:rsidR="00832B22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</w:tr>
      <w:tr w:rsidR="007E7857" w14:paraId="21B44C1E" w14:textId="77777777" w:rsidTr="00445179">
        <w:trPr>
          <w:trHeight w:hRule="exact" w:val="225"/>
        </w:trPr>
        <w:tc>
          <w:tcPr>
            <w:tcW w:w="1250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CC38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D4FA04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88305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B2442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C825F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52754A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6A7E9C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8801B6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B6713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2148F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F99967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7EE48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2D0C9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E0878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BB73E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5AFB94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2245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E84989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59EE4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15F32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1DFA35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14915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1827B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7ABF5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CBD1C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FF8C3F" w14:textId="77777777" w:rsidR="007E7857" w:rsidRDefault="007E7857">
            <w:pPr>
              <w:spacing w:after="0" w:line="240" w:lineRule="auto"/>
              <w:jc w:val="center"/>
            </w:pPr>
          </w:p>
        </w:tc>
      </w:tr>
      <w:tr w:rsidR="0051301B" w14:paraId="6411F062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E16E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022C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610A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C9C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055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C558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F130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EBC9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AC7670" w14:textId="509051A0" w:rsidR="0051301B" w:rsidRDefault="00C37DB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855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F457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D639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6080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3A7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A84C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A35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489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C96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04F7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96E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289161" w14:textId="510ABDDE" w:rsidR="0051301B" w:rsidRDefault="007D0818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5E0C2F" w14:textId="3C051A35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0627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2C6E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EE173" w14:textId="5DB3535D" w:rsidR="0051301B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6BBBD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DD73F4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FD25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44A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5E7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6726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159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3FAD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E8E1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25AC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5FDB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7FE9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2D4C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CC9C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8EFB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43EF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38D6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9415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1C5D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3278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42EA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849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89BE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5DC3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18B2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293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3A90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80CF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759530D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403F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395E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F19F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8412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CDB1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24DA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D615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06B56A" w14:textId="6DD20601" w:rsidR="0051301B" w:rsidRDefault="00C37DB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6A9D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3718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C511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3098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4CE1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BA1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E29B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85B55B" w14:textId="67081E61" w:rsidR="0051301B" w:rsidRDefault="00EE3E2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8B5C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673D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ADB7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72F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00A0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07CC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4732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71D3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AFF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8C16F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2C5E410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3ED58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4517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ABC4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8B7C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3743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2A80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084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6787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9F0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2676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E05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199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B745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EAEC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7053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3A56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06C6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F8AF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82EC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BF46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F9B9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5F19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654A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668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5096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09EB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6F81AF4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CB373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1322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0E7F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49B9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6FC7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507D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61C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4F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849BA2" w14:textId="329D46EE" w:rsidR="0051301B" w:rsidRDefault="00C37DB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5389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D05E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0A0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CBC8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4F3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162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EB1F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C50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1CE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A88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084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75787A" w14:textId="6382CCA5" w:rsidR="0051301B" w:rsidRDefault="007D0818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9BDEB9" w14:textId="09A60D5B" w:rsidR="0051301B" w:rsidRDefault="007D0818">
            <w:pPr>
              <w:spacing w:after="0" w:line="240" w:lineRule="auto"/>
              <w:jc w:val="center"/>
            </w:pPr>
            <w:r>
              <w:t xml:space="preserve"> 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C49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5DB6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35131C" w14:textId="525E4990" w:rsidR="0051301B" w:rsidRDefault="00F46F8D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2B0F5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C94D10B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2ECBD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4F09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1BA4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8B15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B3E8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ACB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BF2E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5DFA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6E7B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7E2D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A21F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9C1D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2ED6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7AE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18F2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2225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F8D2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FE6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B3F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2B35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0FB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ADEC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5FFD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80A4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32C3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73E1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A1323E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2455A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F7E7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742E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2FBD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774E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071D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F1A4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50A7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4375C4" w14:textId="35CC88B0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099C72" w14:textId="7A117A31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C39CC1" w14:textId="3C908B6C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615B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07B5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366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2081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12A2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FFF2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0D95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241E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B5FB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7FCC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57A3C" w14:textId="04B19C64" w:rsidR="0051301B" w:rsidRDefault="00F46F8D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F3D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3121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ED5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FC91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F308CEE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54D12D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E95B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EDB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168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34C5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7E48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AEB8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E034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5B2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EEBB9E" w14:textId="712EE254" w:rsidR="0051301B" w:rsidRDefault="00F46F8D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A05D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8DE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AE29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7BC0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9447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94C1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BFB1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13B1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8A7A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9569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4B7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20AF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EC4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EA80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47AE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BC13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A501FC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B95E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D17F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0E81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A19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DF0D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14C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72AC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494B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1B4C3" w14:textId="17F820E7" w:rsidR="0051301B" w:rsidRDefault="00C37DB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E06B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803599" w14:textId="3C30BC88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94E8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720C6" w14:textId="0B6B37DE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134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76E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833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5B29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506F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C1DB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1964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22C0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63DEF" w14:textId="1024AC05" w:rsidR="0051301B" w:rsidRDefault="00F46F8D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C2BD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099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6328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08311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C6712A8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E0598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D785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24C5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B817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78B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7F78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4EDC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7AD5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514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CE95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44D3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056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E498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C20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153A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257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C781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B505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AA90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7F4B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6EE1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CECD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AFE4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D533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2BB9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6ECAC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03FF40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439E5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1EF5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963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22AC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3EBC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5E2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9379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576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D9C47" w14:textId="432114FB" w:rsidR="0051301B" w:rsidRDefault="00C37DB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13F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5FF868" w14:textId="67789C5B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98D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D85F5" w14:textId="76945654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18EC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437A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125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F472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DE43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C815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2ED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ACA7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AF018D" w14:textId="7B4A06BF" w:rsidR="0051301B" w:rsidRDefault="00F46F8D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DB45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F410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371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BAE06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F3C605C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81F096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772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FEC0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32D4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FF3A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6186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2FE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CA20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4FE0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C8E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E64F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86FE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CB83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8060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0D6A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B280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F7B6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33EC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0921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5D86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0811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9DD8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98D9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D0EA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CE4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83E6D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DA8E306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498C7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F0E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FEC0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21F6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EBD6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9C8A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8C99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E88C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57B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7B33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800304" w14:textId="5169F635" w:rsidR="0051301B" w:rsidRDefault="00A942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00705F" w14:textId="39BB41F1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39D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2462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E737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58C58D" w14:textId="4AB8D03F" w:rsidR="0051301B" w:rsidRDefault="00EE3E2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9F9F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ACF275" w14:textId="3C663B0C" w:rsidR="0051301B" w:rsidRDefault="00EE3E2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DE19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7E15B7" w14:textId="32CB953D" w:rsidR="0051301B" w:rsidRDefault="007D0818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13C66C" w14:textId="35724158" w:rsidR="0051301B" w:rsidRDefault="0051301B" w:rsidP="007D0818">
            <w:pPr>
              <w:spacing w:after="0" w:line="240" w:lineRule="auto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B01F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AB20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0427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5E1D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9B5216" w14:textId="0CE0C05B" w:rsidR="0051301B" w:rsidRDefault="00F46F8D">
            <w:pPr>
              <w:spacing w:after="0" w:line="240" w:lineRule="auto"/>
              <w:jc w:val="center"/>
            </w:pPr>
            <w:r>
              <w:t>MAT</w:t>
            </w:r>
          </w:p>
        </w:tc>
      </w:tr>
      <w:tr w:rsidR="0051301B" w14:paraId="1E75606B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1A062B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6B60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6DC0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6EF2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9B8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FC29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D613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A4D1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1752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C064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D1CA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5C25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0852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4757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F8BB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4420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AE33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F8A9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8015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C288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FBA6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2FCD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F60B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15E7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E46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3CEE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A329568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009CF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91DE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108F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4BD1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604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083E7A" w14:textId="2C2E9052" w:rsidR="0051301B" w:rsidRDefault="00C37DB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1B8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19E2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183273" w14:textId="570C7090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5438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FCCE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9932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CE5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4187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B02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CD4F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B47FA" w14:textId="733E0842" w:rsidR="0051301B" w:rsidRDefault="00EE3E2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B538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5401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D23A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2666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454C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F71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CC0A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AC9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9E83C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3CF9597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9A730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3B88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F119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B86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80A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F160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02DA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8F4A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C0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F58E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5C3E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C61D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70D1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1877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A9FE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8E36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DFEE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D39B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F0B4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4BEC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CC25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CE03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67A6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74E8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F8B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9FAD7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83B5ACD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AA7B0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3E85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9CDD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E87D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200F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0F7DFD" w14:textId="36060A94" w:rsidR="0051301B" w:rsidRDefault="00C37DB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6148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14E4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8BDFB3" w14:textId="2C1FDB8A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118F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A9A1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B767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0D1E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50A7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5A0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E1C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78CA1F" w14:textId="3EE4D068" w:rsidR="0051301B" w:rsidRDefault="00EE3E2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EEDC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97BB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057EA1" w14:textId="0E88E0D5" w:rsidR="0051301B" w:rsidRDefault="007D0818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D7C559" w14:textId="20A36522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BABF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5249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DA9A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727D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32358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E75479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17222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85BD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CBA1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0134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FA3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49C5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336D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0173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A6E6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F5F6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FB4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99CA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F344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A992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05D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C540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5226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A35A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DF1F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CEE1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BFFB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12DE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DBE0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4325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0EA8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64289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868DE19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489B43" w14:textId="5B093004" w:rsidR="0051301B" w:rsidRDefault="00832B22">
            <w:pPr>
              <w:spacing w:after="0" w:line="240" w:lineRule="auto"/>
              <w:jc w:val="center"/>
            </w:pPr>
            <w:r w:rsidRPr="00832B22">
              <w:t>IX-1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793B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F20E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2D6F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2092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9DA9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8DA7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4D39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97E6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7233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31C3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EA64A" w14:textId="00E33462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E3821" w14:textId="6034678B" w:rsidR="0051301B" w:rsidRDefault="00A942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AC1C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C4FA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D46B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7EA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52E282" w14:textId="7F350897" w:rsidR="0051301B" w:rsidRDefault="00EE3E2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C86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B2F8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EE50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59A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4846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25A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5214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D8560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0FAFFB0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1D4E9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C7A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CFA3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C30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9BDF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D575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FBA4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F39A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7ED2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67CA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C4AD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491F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407E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4544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5C98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4007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63E9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EEF7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8A60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9C1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9583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D8A0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0CA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B0F8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3389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2DFAC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94B9707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2FB06C" w14:textId="3C983E92" w:rsidR="0051301B" w:rsidRDefault="00832B22">
            <w:pPr>
              <w:spacing w:after="0" w:line="240" w:lineRule="auto"/>
              <w:jc w:val="center"/>
            </w:pPr>
            <w:r w:rsidRPr="00832B22">
              <w:t>IX-</w:t>
            </w:r>
            <w:r>
              <w:t>2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8FDC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0BF0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238B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A993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94C4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47EC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3ED0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81D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1787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262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6DE199" w14:textId="3E26B6D7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745E5B" w14:textId="695ACA18" w:rsidR="0051301B" w:rsidRDefault="00A942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4B6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EE21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82CA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D53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8DB9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FEF6EF" w14:textId="3EE625D6" w:rsidR="0051301B" w:rsidRDefault="00EE3E2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5429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B6FB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E06C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1F8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6946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CF65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6726E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C1B15B6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DA2B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88F3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E58F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C06F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8587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9EF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33F5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512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909A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326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34DD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1EF4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9916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EFAD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11A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418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3264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4C5E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E08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2CF9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7BD3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6B0B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B5BC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FAF0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F29C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6D1DC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439B4D8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1C9B1F" w14:textId="59E7A736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832B22">
              <w:rPr>
                <w:sz w:val="15"/>
              </w:rPr>
              <w:t>3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77A9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C10B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E131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4790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A88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C8A1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F852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7327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AC56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90F0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556CD9" w14:textId="53BB5100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3DAA07" w14:textId="52E19C8C" w:rsidR="0051301B" w:rsidRDefault="00A942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B0CFA5" w14:textId="6E901F50" w:rsidR="0051301B" w:rsidRDefault="00552FCF">
            <w:pPr>
              <w:spacing w:after="0" w:line="240" w:lineRule="auto"/>
              <w:jc w:val="center"/>
            </w:pPr>
            <w:r>
              <w:t>INF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1AC5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1ABA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DA9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125A44" w14:textId="3EAD14F7" w:rsidR="0051301B" w:rsidRDefault="00552FCF">
            <w:pPr>
              <w:spacing w:after="0" w:line="240" w:lineRule="auto"/>
              <w:jc w:val="center"/>
            </w:pPr>
            <w:r>
              <w:t>INF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1D9A14" w14:textId="7E2A7AF5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ACADA9" w14:textId="3638669C" w:rsidR="0051301B" w:rsidRDefault="00552FC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8EEF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7F65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542B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135C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D91A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4D12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20BDC00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DB81D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11A2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196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7769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19BA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256C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B945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FC2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017B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A4A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FC2E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9F77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838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8A42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FE2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FFAA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3B9B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D127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E9F9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0C4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188D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F390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F8E1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ED3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01D0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AE33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6CEB637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039AC2" w14:textId="449B9B71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832B22">
              <w:rPr>
                <w:sz w:val="15"/>
              </w:rPr>
              <w:t>4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4C5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1BDD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F64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8F93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19E8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E9B7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3996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53C2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D1A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017E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667830" w14:textId="50D0620D" w:rsidR="0051301B" w:rsidRDefault="00A942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1D97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C016B" w14:textId="3436D554" w:rsidR="0051301B" w:rsidRDefault="00A942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0F2856" w14:textId="1F887EC2" w:rsidR="0051301B" w:rsidRDefault="00A942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8B23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FE2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3FEA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25F107" w14:textId="4C3E6CF1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9C7795" w14:textId="795C5071" w:rsidR="0051301B" w:rsidRDefault="00552FC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A441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5FA8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D797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EA0C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E961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DF57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7D5968B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31299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1600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0C6C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AE5E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214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163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C000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69E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C2FB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3114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E82D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31D3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8B16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F8D5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1B3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713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BA71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031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73C7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B21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3E92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9771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0E3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431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67D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6F17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F27C4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17FD3494" w14:textId="5F0E6A8E" w:rsidR="0051301B" w:rsidRDefault="0051301B">
      <w:pPr>
        <w:spacing w:after="0" w:line="240" w:lineRule="auto"/>
      </w:pPr>
    </w:p>
    <w:p w14:paraId="67D6E2B0" w14:textId="15D5EA92" w:rsidR="0051301B" w:rsidRDefault="00832B22">
      <w:pPr>
        <w:spacing w:after="0" w:line="240" w:lineRule="auto"/>
      </w:pPr>
      <w:r>
        <w:rPr>
          <w:rFonts w:ascii="Times New Roman" w:hAnsi="Times New Roman" w:cs="Times New Roman"/>
          <w:sz w:val="28"/>
          <w:szCs w:val="32"/>
        </w:rPr>
        <w:t>U utorak, 6.10., nastava se realizira prema rasporedu od ponedjeljka.</w:t>
      </w:r>
      <w:r>
        <w:br w:type="page"/>
      </w:r>
    </w:p>
    <w:p w14:paraId="39C35A5F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NOVEMBAR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6DB3E6F6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6EBF9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B8A58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B1E85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2ACDA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1FA80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7CF44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5B6B541B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B05ACA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97AEC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2.11. do 6.11.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1804D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9.11. do 13.11.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7FA214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16.11. do 20.11.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97C4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23.11. do 27.11.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A0C32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30.11.</w:t>
            </w:r>
          </w:p>
        </w:tc>
      </w:tr>
      <w:tr w:rsidR="0051301B" w14:paraId="4AD79CB3" w14:textId="77777777" w:rsidTr="00C40BCE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867EB4" w14:textId="77777777" w:rsidR="0051301B" w:rsidRDefault="0051301B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792A3" w14:textId="77777777" w:rsidR="0051301B" w:rsidRPr="00367E20" w:rsidRDefault="00000000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Cs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1497D" w14:textId="77777777" w:rsidR="0051301B" w:rsidRPr="00367E20" w:rsidRDefault="00000000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Cs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ED04D3" w14:textId="77777777" w:rsidR="0051301B" w:rsidRPr="00367E20" w:rsidRDefault="00000000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Cs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EBFE8" w14:textId="77777777" w:rsidR="0051301B" w:rsidRPr="00367E20" w:rsidRDefault="00000000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Cs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51C6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CF24E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C8C14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BECE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AC3C8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ABC0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2BCF6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C0764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85CBF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EFBF7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028A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75011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B68D9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62BE5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2CB2F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DACA1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88594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4FE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3790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AFF1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D04AE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B1AA3DB" w14:textId="77777777" w:rsidTr="00C40BCE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A34BC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E04F4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0D650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9A9473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3DF45E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D485E8" w14:textId="41039745" w:rsidR="0051301B" w:rsidRDefault="00DD48F2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21BA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0BC4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6DE1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6DC1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B39F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06EF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0E26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277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08BE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272B3" w14:textId="723C6612" w:rsidR="0051301B" w:rsidRDefault="00FD466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770A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F4A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5D7F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F72B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31E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C8FD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ABC9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A67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15C2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C852B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3A43B9E" w14:textId="77777777" w:rsidTr="00C40BCE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0CCCD2" w14:textId="77777777" w:rsidR="0051301B" w:rsidRDefault="0051301B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1A59F9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FA7C74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51D33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BDE3B4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D530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ADD7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39AF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190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BAB1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3191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46A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E89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9C8E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0D78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D65D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D31A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B9A8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740E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4E99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331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95BC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6D0F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615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72F0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727FF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6232C50" w14:textId="77777777" w:rsidTr="00C40BCE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8FCCC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B0BB5A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102E3B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A72AA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9DA672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073037" w14:textId="0878DA48" w:rsidR="0051301B" w:rsidRDefault="00DD48F2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D18E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5FA8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E0B2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3015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B7EC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FA18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9103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4EAB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1902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78B8B3" w14:textId="250361CB" w:rsidR="0051301B" w:rsidRDefault="00FD466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52AE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0122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8D2A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BC4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DCB2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B791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277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D0D3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59A1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92E9E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AA4D988" w14:textId="77777777" w:rsidTr="00C40BCE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67E629" w14:textId="77777777" w:rsidR="0051301B" w:rsidRDefault="0051301B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5785B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16FD26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FA563A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CAA41E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070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2A38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C93C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216B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2B0D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BF42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829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0398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F4AF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101D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3A58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7053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801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6B6E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249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524A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F619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3508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976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7681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56EBE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815AC38" w14:textId="77777777" w:rsidTr="00C40BCE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39FD5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B9B326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A950A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D4917B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DDBDED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CC0751" w14:textId="29BB1544" w:rsidR="0051301B" w:rsidRDefault="00DD48F2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416D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07B9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36B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5BCB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A17F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AF6C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EEC6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4998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59CD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63334" w14:textId="4F4A151C" w:rsidR="0051301B" w:rsidRDefault="00FD466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734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E768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9245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7F44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8578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740A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C94E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E120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9A96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882C3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EAA1B3B" w14:textId="77777777" w:rsidTr="00C40BCE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7CE9FC" w14:textId="77777777" w:rsidR="0051301B" w:rsidRDefault="0051301B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95C50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734F6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47C1A5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DCAF96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48BC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7063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AC03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061C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E2B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961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CC2D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FB69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FB51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134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26A3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8CE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BFD7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B6C2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4761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AB7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FE6A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48DA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FF32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3F84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CFCAF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1260D8" w14:paraId="0DAEAADE" w14:textId="77777777" w:rsidTr="00C40BCE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2E7997" w14:textId="77777777" w:rsidR="001260D8" w:rsidRDefault="001260D8">
            <w:pPr>
              <w:jc w:val="center"/>
            </w:pPr>
            <w:r>
              <w:t xml:space="preserve">V-4 </w:t>
            </w:r>
          </w:p>
          <w:p w14:paraId="40AAE293" w14:textId="785E6193" w:rsidR="001260D8" w:rsidRDefault="001260D8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2F89E" w14:textId="77777777" w:rsidR="001260D8" w:rsidRPr="00367E20" w:rsidRDefault="001260D8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C8AFB9" w14:textId="77777777" w:rsidR="001260D8" w:rsidRPr="00367E20" w:rsidRDefault="001260D8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0A1C75" w14:textId="77777777" w:rsidR="001260D8" w:rsidRPr="00367E20" w:rsidRDefault="001260D8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F27C97" w14:textId="77777777" w:rsidR="001260D8" w:rsidRPr="00367E20" w:rsidRDefault="001260D8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A2564A" w14:textId="72DD4BC1" w:rsidR="001260D8" w:rsidRDefault="00DD48F2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53FE2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008343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88A17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66BA6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AC8A3B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3FEBD9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47CBAF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DC8F8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F3CE7A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44E5E1" w14:textId="15983EEE" w:rsidR="001260D8" w:rsidRDefault="00FD466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3AE1F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ABBCBE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74AAEE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CE2123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DA09CB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B66E8F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BC5E88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83678A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27F4B2" w14:textId="77777777" w:rsidR="001260D8" w:rsidRDefault="001260D8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E32928" w14:textId="77777777" w:rsidR="001260D8" w:rsidRDefault="001260D8">
            <w:pPr>
              <w:spacing w:after="0" w:line="240" w:lineRule="auto"/>
              <w:jc w:val="center"/>
            </w:pPr>
          </w:p>
        </w:tc>
      </w:tr>
      <w:tr w:rsidR="007E7857" w14:paraId="549F5F21" w14:textId="77777777" w:rsidTr="00C40BCE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9B88F5" w14:textId="77777777" w:rsidR="007E7857" w:rsidRDefault="007E7857">
            <w:pPr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E1DC25" w14:textId="77777777" w:rsidR="007E7857" w:rsidRPr="00367E20" w:rsidRDefault="007E7857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C759AC" w14:textId="77777777" w:rsidR="007E7857" w:rsidRPr="00367E20" w:rsidRDefault="007E7857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C7FA58" w14:textId="77777777" w:rsidR="007E7857" w:rsidRPr="00367E20" w:rsidRDefault="007E7857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DBDA2A" w14:textId="77777777" w:rsidR="007E7857" w:rsidRPr="00367E20" w:rsidRDefault="007E7857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4D28B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1FDBC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065AF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89C5B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71C5FA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50E3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04C3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37F4C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B55AB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67019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B3E9A6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17545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0BF2BC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6C01A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88E22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7B9C5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7E93B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64C9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E62184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A08FCF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B9BD49" w14:textId="77777777" w:rsidR="007E7857" w:rsidRDefault="007E7857">
            <w:pPr>
              <w:spacing w:after="0" w:line="240" w:lineRule="auto"/>
              <w:jc w:val="center"/>
            </w:pPr>
          </w:p>
        </w:tc>
      </w:tr>
      <w:tr w:rsidR="0051301B" w14:paraId="0AA5ADED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E37470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6AF00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A46354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833635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C33491" w14:textId="77777777" w:rsidR="0051301B" w:rsidRPr="00367E20" w:rsidRDefault="0051301B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C48A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F0D3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C4A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FE6F85" w14:textId="16B8362A" w:rsidR="0051301B" w:rsidRDefault="00DD48F2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08FB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9276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DFF4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A79C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27A9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8D5A2C" w14:textId="25DF7C4B" w:rsidR="0051301B" w:rsidRDefault="00FD466C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C92C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CBF7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E981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158F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0A8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F2C2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2E75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65E8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927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C0C7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C0345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367E20" w14:paraId="4857D547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0E2448" w14:textId="77777777" w:rsidR="00367E20" w:rsidRDefault="00367E20" w:rsidP="00367E20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92A70F" w14:textId="464EB4DE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1FE08A" w14:textId="4856D5A3" w:rsidR="00367E20" w:rsidRPr="00367E20" w:rsidRDefault="00367E20" w:rsidP="00367E2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5CBCD" w14:textId="1E589B9F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983DC2" w14:textId="423C4CBC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85FD7C" w14:textId="36785AB3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5A7F3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CF8D3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6A4DC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36A55C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727AA2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78C3E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2BF5E0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84538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69634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3D091B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931DD6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EC6A1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EDBE7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372E2C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F30E34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74878D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121E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FCC61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50770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F461C6" w14:textId="77777777" w:rsidR="00367E20" w:rsidRDefault="00367E20" w:rsidP="00367E20">
            <w:pPr>
              <w:spacing w:after="0" w:line="240" w:lineRule="auto"/>
              <w:jc w:val="center"/>
            </w:pPr>
          </w:p>
        </w:tc>
      </w:tr>
      <w:tr w:rsidR="00367E20" w14:paraId="7AB4D220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9DD14B" w14:textId="77777777" w:rsidR="00367E20" w:rsidRDefault="00367E20" w:rsidP="00367E2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73158A" w14:textId="5B6D62D6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E5388" w14:textId="7259004C" w:rsidR="00367E20" w:rsidRPr="00367E20" w:rsidRDefault="00367E20" w:rsidP="00367E2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A760C0" w14:textId="0885068D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375F26" w14:textId="6D23912B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49ED86" w14:textId="547D7CA4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A1AC7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5209C1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4CF333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1ACD50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432B1D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D9C216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F7BBEE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F16FB4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728DB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C71294" w14:textId="384E30D4" w:rsidR="00367E20" w:rsidRDefault="00FD466C" w:rsidP="00367E20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209A5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CF09D9" w14:textId="1813336B" w:rsidR="00367E20" w:rsidRDefault="00FD466C" w:rsidP="00367E20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9B3C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32D359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2F96A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87298E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520275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34FC1F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92541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D6E8FC" w14:textId="77777777" w:rsidR="00367E20" w:rsidRDefault="00367E20" w:rsidP="00367E20">
            <w:pPr>
              <w:spacing w:after="0" w:line="240" w:lineRule="auto"/>
              <w:jc w:val="center"/>
            </w:pPr>
          </w:p>
        </w:tc>
      </w:tr>
      <w:tr w:rsidR="00367E20" w14:paraId="133549CA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EE19E1" w14:textId="77777777" w:rsidR="00367E20" w:rsidRDefault="00367E20" w:rsidP="00367E20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6370C8" w14:textId="5E5E6585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EA6A4A" w14:textId="5A392C1E" w:rsidR="00367E20" w:rsidRPr="00367E20" w:rsidRDefault="00367E20" w:rsidP="00367E2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FC9D96" w14:textId="4B676FCF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362AFB" w14:textId="500ADA59" w:rsidR="00367E20" w:rsidRPr="00367E20" w:rsidRDefault="00367E20" w:rsidP="00367E20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BAE76" w14:textId="0E759612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00B617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56664D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F5891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555D1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8A1409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2F6BCC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73260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4485E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39208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A1C7D8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7C530D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8B12A9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579776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5A814D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F5557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9D9E0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C83619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D0411C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5EBBD2" w14:textId="77777777" w:rsidR="00367E20" w:rsidRDefault="00367E20" w:rsidP="00367E20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8294D" w14:textId="77777777" w:rsidR="00367E20" w:rsidRDefault="00367E20" w:rsidP="00367E20">
            <w:pPr>
              <w:spacing w:after="0" w:line="240" w:lineRule="auto"/>
              <w:jc w:val="center"/>
            </w:pPr>
          </w:p>
        </w:tc>
      </w:tr>
      <w:tr w:rsidR="00AA1F03" w14:paraId="7148E7AD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5C8F0D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E8E4EA" w14:textId="6FDBBF18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A2B88D" w14:textId="1A4BFAA8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8EE75E" w14:textId="76C5B8B5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4EDB6F" w14:textId="7A1445C6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452CCE" w14:textId="66698B5C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D4C1D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1E0BC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B5EE76" w14:textId="4F50ABF4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8A0EA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617BE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A44B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8A585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6B451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4559A4" w14:textId="40C10865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CD8D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66CDE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F4DF3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234C5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33A06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CAB1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C62E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4A1D3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4EB74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99D1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B8E90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67562D3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ECCEFD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D6C31" w14:textId="54587D20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O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BC7B0D" w14:textId="61C50C5D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O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C9871A" w14:textId="5F784086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O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50C125" w14:textId="23502E5F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O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0E73F9" w14:textId="560FB63F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3CE8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96FE4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A6304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96F40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1B868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04E3C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A3110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0005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9230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B1AA4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DDF41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EA7DE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EC2B4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453D6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506C0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C644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B0438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1B40F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778E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0517F7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6E060C85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5D41D9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B3EBC9" w14:textId="33CF7085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96292" w14:textId="381C6BCB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7721A" w14:textId="35601D8B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E11AF9" w14:textId="435A2C52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D49FE5" w14:textId="756322EC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06DB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0F3B4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2B2D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2DE7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D02DF" w14:textId="11C1266E" w:rsidR="00AA1F03" w:rsidRDefault="00DD48F2" w:rsidP="00AA1F0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F413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8CDFF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784685" w14:textId="4B1D6549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361C9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F43A4E" w14:textId="5A4D3758" w:rsidR="00AA1F03" w:rsidRDefault="00FD466C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6DA49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4F2D8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92B8F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E873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2523C4" w14:textId="37573F07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D9DC2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E0E9F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7B877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097E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6C3E6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490AAB32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1B2C78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85F600" w14:textId="773FAF77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L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3B21F7" w14:textId="613B729F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L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92AA8A" w14:textId="40A92A7C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L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A5579D" w14:textId="34CFA007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L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1ECF98" w14:textId="1C3B033D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L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0EBE7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AE3A5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01FF2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A5DD9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320D8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3E6FB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51116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16812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6586F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F87F3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360D3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A5F0D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442E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6EAE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7DD9E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1E8D0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14176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D2EBE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B04E0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ADBBCE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D37A104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568371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FD5D91" w14:textId="1EF7F4B5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I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FB6383" w14:textId="29738A6A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I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255847" w14:textId="5091C2FF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I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B884C4" w14:textId="02F29D36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I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CA4ADE" w14:textId="3085DBA9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I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6DD4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8389D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4CCF6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BDA6D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B57832" w14:textId="2C2D3175" w:rsidR="00AA1F03" w:rsidRDefault="00DD48F2" w:rsidP="00AA1F0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D0C89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AC2C0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23282C" w14:textId="06A7A456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C8E8F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E226D" w14:textId="78F5F902" w:rsidR="00AA1F03" w:rsidRDefault="00FD466C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B692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D771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6EDEE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6B636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D0FB19" w14:textId="7E4C9E37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DCD0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EEF19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B7E1B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5BD11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708F55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1863DF2A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29214B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EF2A69" w14:textId="1A48C155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AFB20" w14:textId="742DA9AD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C0D392" w14:textId="16D33CD9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812C74" w14:textId="40D212FE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3429F" w14:textId="562F8306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6FAE7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8604B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6FE4B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A6A44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F87F5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3B41F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5E947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7397F8" w14:textId="171909DC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9B1A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42169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6A339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913C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955F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300C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31A04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DF3A7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D272D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8CA83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1E982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FFD44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57EBE03A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51058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0E1C1" w14:textId="77C25478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E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E15E2A" w14:textId="752F70E2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  <w:r w:rsidRPr="00367E20">
              <w:rPr>
                <w:b/>
              </w:rPr>
              <w:t>E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E63BCF" w14:textId="380A8085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E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16A23" w14:textId="05F12FE2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  <w:r w:rsidRPr="00367E20">
              <w:rPr>
                <w:b/>
              </w:rPr>
              <w:t>E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A196F5" w14:textId="10C6A21C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E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29117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8FE19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CF26B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0D1CC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1630D9" w14:textId="119A88B0" w:rsidR="00AA1F03" w:rsidRDefault="00DD48F2" w:rsidP="00AA1F0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5CC8E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94181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6DF46B" w14:textId="19EBED80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466539" w14:textId="09AE4A10" w:rsidR="00AA1F03" w:rsidRDefault="00FD466C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A5DF9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7FCAA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E028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03755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B9805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C8AFA" w14:textId="4D3AAD75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EC73B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1FCD4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12230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D6E3B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EBB0D6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368A800F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05ECC9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599B15" w14:textId="4401F5B9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9F5A16" w14:textId="2276D624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FAF5F" w14:textId="170B2AD4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79DE4" w14:textId="4018EB64" w:rsidR="00AA1F03" w:rsidRPr="00367E20" w:rsidRDefault="00AA1F03" w:rsidP="00AA1F03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40E727" w14:textId="07E039E0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F0AD4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33EB5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D80FB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DFD8A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86DA6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757E8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84DEF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A40E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47FCD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BA81D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1308F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4CB87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4E607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D6780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C7D8D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D5CB5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E6239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F03C0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3BF97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DF108C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66D4C2D5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5F97F0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54BFE2" w14:textId="3550979F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5217F2" w14:textId="11459422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D6664" w14:textId="74E1B0B9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FE1578" w14:textId="230AEAE2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8A8246" w14:textId="1A3CA176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B47D9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41D7C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FEC3C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AA949F" w14:textId="41D181C1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468F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0C617D" w14:textId="298958E4" w:rsidR="00AA1F03" w:rsidRDefault="00DD48F2" w:rsidP="00AA1F0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04DF5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9BC4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B943F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722A56" w14:textId="70EF06C4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EEE86" w14:textId="0E5A2C57" w:rsidR="00AA1F03" w:rsidRDefault="00FD466C" w:rsidP="00AA1F03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A156E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8EEB8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EE623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3A154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4FC52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A1F2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9A4D1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8D875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CD503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53504292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43510E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93A3D" w14:textId="507D444D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8BF9D3" w14:textId="06D2651A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FBC7F3" w14:textId="23DA3FE8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2AD3D" w14:textId="6C0C02F4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2CCF95" w14:textId="6FD57C3C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24597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8968B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826A8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3D8C2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37204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DDB7F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E6F10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B91D7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AB3C9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410E3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CBB41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8BB3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C2CCF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3E5BC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549E2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44912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81E54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45B9A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EFDB8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C511FE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59F3ED1E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16BA46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F4E41A" w14:textId="34A4CE29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DF76A9" w14:textId="21C24383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D81A99" w14:textId="50888E2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8113F4" w14:textId="7C39CD5E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E77692" w14:textId="70B21E1A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BC8D7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8CD51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D6D32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6F613F" w14:textId="0597FAE5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F2A52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B7696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53FEF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851E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1B939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F8EA6F" w14:textId="54C3B434" w:rsidR="00AA1F03" w:rsidRDefault="00FD466C" w:rsidP="00AA1F03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4666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C82C7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5DD6F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0BF15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36279E" w14:textId="7AE26384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A94C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4AF2A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4BF8B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923F1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8BBD8F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06103812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DC6D63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5D78D6" w14:textId="7A7D871E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F1659B" w14:textId="467E688B" w:rsidR="00AA1F03" w:rsidRPr="00367E20" w:rsidRDefault="00AA1F03" w:rsidP="00AA1F0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D3F088" w14:textId="7E776C30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F69BF" w14:textId="72FD6778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48A426" w14:textId="3185BF01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CDFE8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AA47C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9062C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9483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C3AE4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2E8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8F6B1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0C20E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8208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E5B6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8837C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D16EF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ADC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FB0AF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E09C0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CF249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BAAEF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6D68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EFE3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897B1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9D961E7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43CB0E" w14:textId="77777777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D19A9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25AAF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D94F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E86E2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D7486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02718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9885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80D5C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95776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13657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2964E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10820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59226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89BDC7" w14:textId="2C8CF77C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427EDE" w14:textId="6AA3483B" w:rsidR="00AA1F03" w:rsidRDefault="00FD466C" w:rsidP="00AA1F03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09E2F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55E3A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BF63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1160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E8303D" w14:textId="4D57F5EB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F787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0E359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29D39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A63DF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A4E45C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0FD87E9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8DDBDF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38C4B8" w14:textId="7F15BAFA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DF7DFD" w14:textId="7FB315C2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F1471F" w14:textId="1456A6F2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265E6" w14:textId="5B4F41F1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C094A" w14:textId="0AA1A4F4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N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0D227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00D1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34023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464C1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263E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1F627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16F5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E9E72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54942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C3D09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2519F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615FD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A75A0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34C57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88055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41299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E5DAB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04ECF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044A1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9B9705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27747167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53E177" w14:textId="7D90657C" w:rsidR="00AA1F03" w:rsidRDefault="00AA1F03" w:rsidP="00AA1F03">
            <w:pPr>
              <w:spacing w:after="0" w:line="240" w:lineRule="auto"/>
            </w:pPr>
            <w:r>
              <w:t xml:space="preserve">           </w:t>
            </w:r>
            <w:r w:rsidRPr="001260D8">
              <w:t>IX-1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FD7AC2" w14:textId="7641D56A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B26DC" w14:textId="56A54D3A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EEC394" w14:textId="1E907E84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D1CFB2" w14:textId="28525CA1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19ABB8" w14:textId="7AB85BAF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DD735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9E544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13FDD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CDC1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9556A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29D96C" w14:textId="33F439CA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86EA2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D11BC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22893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F5DA9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D0B3B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A746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A06AD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3052CA" w14:textId="6954D13B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E4D33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86E766" w14:textId="5EDF144C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823C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31361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F54EC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DAE448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113B299D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2F4EB1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EAA0B5" w14:textId="0DA2488E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S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439BD" w14:textId="25C62C5B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S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C7D669" w14:textId="3EA05E73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S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795050" w14:textId="29542EE1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S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0AE28E" w14:textId="1D97440F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A2451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41659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E30A5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10F6E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DC344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CEBBD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0939D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FBD39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F0A7A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5BEE0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C69BB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5199C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84FAE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9B203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2F370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5E834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EE0C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2360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BF1DB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E46673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01D10A2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82BCD" w14:textId="32BD4A11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IX-2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75210E" w14:textId="4F1AB084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T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81D7CD" w14:textId="4DF29337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T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0926A" w14:textId="6E0687F5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T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3DB62A" w14:textId="0B9AC030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T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8231F1" w14:textId="4ACBA06B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C2A55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EF78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B54A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6B7D9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BE95B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82C20F" w14:textId="387E27DD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5B89D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41FD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06B5C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77728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0539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4BA4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BF70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FFC2B" w14:textId="7CF03B36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E9C6E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80581F" w14:textId="273846B3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C16CA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73641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D3C37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FF52ED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5722248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13FC15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BA7463" w14:textId="00D5FE72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0FF418" w14:textId="2C8EF92A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143FC5" w14:textId="03F97802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F3691" w14:textId="147DA91A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3D35E3" w14:textId="33CD0767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491DC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09479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0C717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6943D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5B3FC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AA9E7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F228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BD42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76D0D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64E1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5F034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0E823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A6E26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497D5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B25B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38C1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E3272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62BFB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62A00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A33698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34149691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9A25C8" w14:textId="01C05906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IX-3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A84CC9" w14:textId="5BA1B80C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V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96A0C6" w14:textId="661E7A56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V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29908" w14:textId="3A4832D3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V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D59E3A" w14:textId="7ED28C9C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V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23D424" w14:textId="6E693335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V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8E1DF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20E2C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A9AA4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F6AE3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86BCA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FFAF30" w14:textId="7C110549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F0B13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CAAAC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063F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AEB15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D53C1B" w14:textId="393AE1BB" w:rsidR="00AA1F03" w:rsidRDefault="00FD466C" w:rsidP="00AA1F03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6F9CD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DFE2E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11989B" w14:textId="38312EC7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184B7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1440A5" w14:textId="0A55DF9D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00ABB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C7968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E6316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020207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EDD097E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E11238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84A425" w14:textId="54DE5FE1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9E2F4" w14:textId="72111CAB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A4775D" w14:textId="1585B579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842AFE" w14:textId="458FA56B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71FDA7" w14:textId="32C9D822" w:rsidR="00AA1F03" w:rsidRDefault="00AA1F03" w:rsidP="00AA1F03">
            <w:pPr>
              <w:spacing w:after="0" w:line="240" w:lineRule="auto"/>
              <w:jc w:val="center"/>
            </w:pPr>
            <w:r w:rsidRPr="00367E20">
              <w:rPr>
                <w:b/>
              </w:rPr>
              <w:t>A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1CF66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25249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F9424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70183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5F182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2E864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E14FA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B9333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EEFA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FCD285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24F88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5F466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1DDFA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1AB10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06812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95D90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B411A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14FB6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FE1EF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F70DE5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73CB5FCB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C217FF" w14:textId="3970F845" w:rsidR="00AA1F03" w:rsidRDefault="00AA1F03" w:rsidP="00AA1F03">
            <w:pPr>
              <w:spacing w:after="0" w:line="240" w:lineRule="auto"/>
              <w:jc w:val="center"/>
            </w:pPr>
            <w:r>
              <w:rPr>
                <w:sz w:val="15"/>
              </w:rPr>
              <w:t>IX-4</w:t>
            </w: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F306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91DEE8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211B5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2015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9AB2B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C6C1D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082A0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413A36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632A9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4EDB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016F9B" w14:textId="5E9623B4" w:rsidR="00AA1F03" w:rsidRDefault="00DD48F2" w:rsidP="00AA1F0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23889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3AF4E0" w14:textId="10796B6C" w:rsidR="00AA1F03" w:rsidRDefault="00FD466C" w:rsidP="00AA1F0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D0F2D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0013A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FF557F" w14:textId="260A3B0E" w:rsidR="00AA1F03" w:rsidRDefault="00FD466C" w:rsidP="00AA1F03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7FC2D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6202C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106162" w14:textId="7543B84E" w:rsidR="00AA1F03" w:rsidRDefault="00FD466C" w:rsidP="00AA1F0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4BA1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13640F" w14:textId="76E3582B" w:rsidR="00AA1F03" w:rsidRDefault="00FD466C" w:rsidP="00AA1F0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288A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70B25A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76F81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17880D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  <w:tr w:rsidR="00AA1F03" w14:paraId="1DB8BC72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6DF5D" w14:textId="77777777" w:rsidR="00AA1F03" w:rsidRDefault="00AA1F03" w:rsidP="00AA1F03">
            <w:pPr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53CCE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E96747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2BFE10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BE7B8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9594" w:themeFill="accent2" w:themeFillTint="9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961AC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8EF0C1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B7047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340A39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790C3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D770B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0B7C7C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38BD3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07CAFD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02FB44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E31B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7689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5556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D95E3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00B7C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98206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086C2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DE8ACE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7FE1DF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08E41B" w14:textId="77777777" w:rsidR="00AA1F03" w:rsidRDefault="00AA1F03" w:rsidP="00AA1F03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BFBFBF" w:themeFill="background1" w:themeFillShade="B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23AD36" w14:textId="77777777" w:rsidR="00AA1F03" w:rsidRDefault="00AA1F03" w:rsidP="00AA1F03">
            <w:pPr>
              <w:spacing w:after="0" w:line="240" w:lineRule="auto"/>
              <w:jc w:val="center"/>
            </w:pPr>
          </w:p>
        </w:tc>
      </w:tr>
    </w:tbl>
    <w:p w14:paraId="623F8A2E" w14:textId="4D209267" w:rsidR="0051301B" w:rsidRDefault="0051301B" w:rsidP="001260D8">
      <w:pPr>
        <w:spacing w:after="0" w:line="240" w:lineRule="auto"/>
      </w:pPr>
    </w:p>
    <w:p w14:paraId="3113EB31" w14:textId="04AC75EC" w:rsidR="001260D8" w:rsidRDefault="00367E20" w:rsidP="00367E20">
      <w:pPr>
        <w:spacing w:after="0" w:line="240" w:lineRule="auto"/>
        <w:rPr>
          <w:b/>
          <w:sz w:val="24"/>
        </w:rPr>
      </w:pPr>
      <w:r>
        <w:rPr>
          <w:b/>
          <w:sz w:val="24"/>
        </w:rPr>
        <w:t>NAPOMENA: UČENICI OD VI DO IX RAZREDA ĆE U PRVOJ SEDMICI NOVEMBRA NASTAVU POHAĐATI PUTEM ONLINE PLATFORME.</w:t>
      </w:r>
    </w:p>
    <w:p w14:paraId="7FF29721" w14:textId="77777777" w:rsidR="001260D8" w:rsidRDefault="001260D8">
      <w:pPr>
        <w:spacing w:after="0" w:line="240" w:lineRule="auto"/>
        <w:jc w:val="center"/>
        <w:rPr>
          <w:b/>
          <w:sz w:val="24"/>
        </w:rPr>
      </w:pPr>
    </w:p>
    <w:p w14:paraId="533C19C1" w14:textId="77777777" w:rsidR="001260D8" w:rsidRDefault="001260D8">
      <w:pPr>
        <w:spacing w:after="0" w:line="240" w:lineRule="auto"/>
        <w:jc w:val="center"/>
        <w:rPr>
          <w:b/>
          <w:sz w:val="24"/>
        </w:rPr>
      </w:pPr>
    </w:p>
    <w:p w14:paraId="0B7A3D3D" w14:textId="77777777" w:rsidR="001260D8" w:rsidRDefault="001260D8">
      <w:pPr>
        <w:spacing w:after="0" w:line="240" w:lineRule="auto"/>
        <w:jc w:val="center"/>
        <w:rPr>
          <w:b/>
          <w:sz w:val="24"/>
        </w:rPr>
      </w:pPr>
    </w:p>
    <w:p w14:paraId="3AA501F8" w14:textId="43B4D5C8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DECEMBAR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2B915FAE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49593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F06FD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FE80C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F936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E5F3D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C74AE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58EA0A7F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104EF0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B0ED8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1.12. do 4.12.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964C6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7.12. do 11.12.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FE313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14.12. do 18.12.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3A384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21.12. do 25.12.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94B4D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28.12. do 31.12.</w:t>
            </w:r>
          </w:p>
        </w:tc>
      </w:tr>
      <w:tr w:rsidR="0051301B" w14:paraId="1D6FB4FB" w14:textId="77777777" w:rsidTr="00445179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A1901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28A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9C07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C8E05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52ED9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1124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D7A4A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5947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AD1FE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D9AC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170D5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68C9F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88AC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8FE45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38538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E8F4B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0059A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7B773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98566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36E7A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62141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AA6E9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61201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8397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62604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1464E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0ED3EF4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7ECA7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2A03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D288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D4F5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EA9C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715F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F69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6996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C99BC6" w14:textId="7FC731F7" w:rsidR="0051301B" w:rsidRDefault="00D00C7F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69A1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6ED3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D5D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D5F1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995C3F" w14:textId="1DB1A3C2" w:rsidR="0051301B" w:rsidRDefault="0094568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74A019" w14:textId="158024C6" w:rsidR="0051301B" w:rsidRDefault="00945683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2EB64D" w14:textId="5C380346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146BEE" w14:textId="0F09B411" w:rsidR="0051301B" w:rsidRDefault="00945683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7D7FFF" w14:textId="6712C955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A441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6889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6425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132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337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994B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FB4B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8F564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CA9653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94DEB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312F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524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0C5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A6BD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C6FA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38F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AC5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600B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AD7C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D47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398C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C90C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FA9E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A082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ADD5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A01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8095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B29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870A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D77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F685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BCE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EEFF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BEF1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354BC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00463FE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9BD65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7B14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CCBD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9167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3E5A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125A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1A50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F99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CF76B9" w14:textId="00C5E096" w:rsidR="0051301B" w:rsidRDefault="00D00C7F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0A60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2FE719" w14:textId="524750E4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C169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E6D4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FDE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84B66B" w14:textId="5D135022" w:rsidR="0051301B" w:rsidRDefault="00945683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56F0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6493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6B32D7" w14:textId="2E498C5B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8A54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D39A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D820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999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2BF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59A9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0EF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AA22C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7441F2C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7CAFE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745C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101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9D3C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148E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B3E8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811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227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31CA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4314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691A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2D3D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9509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903C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6754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1557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EA8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2521DB" w14:textId="5EB1E4E7" w:rsidR="0051301B" w:rsidRDefault="00945683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90B9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22C5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26E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476D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3945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318B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2A9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FD30C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C276989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6CCAA0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A64E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5AB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3CA6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D00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BEAE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3265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5FF353" w14:textId="5C46094E" w:rsidR="0051301B" w:rsidRDefault="00D00C7F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65C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1078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E62F58" w14:textId="67BB0074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B33F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9AC6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CECB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62B7D" w14:textId="255F4F68" w:rsidR="0051301B" w:rsidRDefault="00945683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9F31FF" w14:textId="6B4240FE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4E10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E76A68" w14:textId="6CE6B7A1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9DA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7A90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1499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4BB9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92F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74FF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84D8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6299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329BF90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08B67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4DAD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1379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1EC2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052D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A5D3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AB15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777E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37FF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5DE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6B58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687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FE9C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093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C3B4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FE2007" w14:textId="79033D67" w:rsidR="0051301B" w:rsidRDefault="00945683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1FB1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D9A5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B40F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BE68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CE4B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293C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103B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B47D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5136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94BD2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7E7857" w14:paraId="5D1FBC1C" w14:textId="77777777" w:rsidTr="00445179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02652B" w14:textId="7C8EAF29" w:rsidR="007E7857" w:rsidRDefault="007E7857">
            <w:pPr>
              <w:jc w:val="center"/>
            </w:pPr>
            <w:r>
              <w:t>V-4</w:t>
            </w:r>
          </w:p>
          <w:p w14:paraId="489787BA" w14:textId="77777777" w:rsidR="007E7857" w:rsidRDefault="007E7857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3EB439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94DDC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0BF016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062D9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10037F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312D3" w14:textId="148B8E5B" w:rsidR="007E7857" w:rsidRDefault="00D00C7F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D613E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C54F7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857E6F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50671B" w14:textId="7446EC65" w:rsidR="007E7857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0372D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A16DF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03CA62" w14:textId="5E28671C" w:rsidR="007E7857" w:rsidRDefault="00945683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77F9FA" w14:textId="3236E7F8" w:rsidR="007E7857" w:rsidRDefault="00945683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BDC6B5" w14:textId="164D8BAF" w:rsidR="007E7857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7CF44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B34E08" w14:textId="34F165C4" w:rsidR="007E7857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C582BD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3573D6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A9B72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427EA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DC003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03CE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2C5EED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42861C" w14:textId="77777777" w:rsidR="007E7857" w:rsidRDefault="007E7857">
            <w:pPr>
              <w:spacing w:after="0" w:line="240" w:lineRule="auto"/>
              <w:jc w:val="center"/>
            </w:pPr>
          </w:p>
        </w:tc>
      </w:tr>
      <w:tr w:rsidR="007E7857" w14:paraId="7D0A474B" w14:textId="77777777" w:rsidTr="00445179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E40A6C" w14:textId="77777777" w:rsidR="007E7857" w:rsidRDefault="007E7857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70AC3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AE7A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E51A3A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2BFDE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B7A6A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808565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8A46CA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CA77B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5F9A7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B6CD0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39BA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7D612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C6068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4B56E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512BE3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0D931B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D1656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2AE360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61A901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9D4EA7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DF147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21E59E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728896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EEA015" w14:textId="77777777" w:rsidR="007E7857" w:rsidRDefault="007E7857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802B50" w14:textId="77777777" w:rsidR="007E7857" w:rsidRDefault="007E7857">
            <w:pPr>
              <w:spacing w:after="0" w:line="240" w:lineRule="auto"/>
              <w:jc w:val="center"/>
            </w:pPr>
          </w:p>
        </w:tc>
      </w:tr>
      <w:tr w:rsidR="0051301B" w14:paraId="4FFA1BB7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A6BFD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A94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C802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E6A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96A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9FD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96C1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88353E" w14:textId="7A4BF2C7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6F448B" w14:textId="1FDB7162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A56B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0A9F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0A5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FDFF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C9F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DFBAAD" w14:textId="367CE39E" w:rsidR="0051301B" w:rsidRDefault="0094568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0954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03D0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6132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E8DC4A" w14:textId="6ED730AF" w:rsidR="0051301B" w:rsidRDefault="00205A4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57EF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9876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F5A8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60CA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4D18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A793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54BC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DF20C96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61B50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52B2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87EB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62C6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302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56D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D6A9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30AE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B17D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162B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0F2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F4E7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6620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F0AD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5C3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9560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B5BF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8C97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A997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B65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130D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0B8F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97C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4455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8B0A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1342A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AA1BC3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9CE9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D7CA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BBC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F6F0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8612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D1D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D67D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8667C8" w14:textId="79AF4B42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4824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9AAE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2FF5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F422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CE92ED" w14:textId="2444832E" w:rsidR="0051301B" w:rsidRDefault="0094568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E74B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4405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85CB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BA224" w14:textId="5A92AC0A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E840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8BD17" w14:textId="14632D51" w:rsidR="0051301B" w:rsidRDefault="00205A4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7B0E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464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471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C3A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7D52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DB0E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04EF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1881FFE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BE27E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0CA8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A60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7C9C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8C43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781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C6EC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FC9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B49D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00C5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46D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C898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9E1E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00F2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5532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72DA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451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E3D4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5653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817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4811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4F4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094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8F4A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620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95090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B71358C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4033E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1517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3105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727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72C6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431D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125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88EB1" w14:textId="40D61DB3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A70B6B" w14:textId="4A242C13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6DF0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9DDC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1123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9AAA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9A7D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D77DA1" w14:textId="3D57ACD5" w:rsidR="0051301B" w:rsidRDefault="0094568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B50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4CDF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2CBB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19297F" w14:textId="4A94802F" w:rsidR="0051301B" w:rsidRDefault="00205A4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59C8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69D4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F835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1962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DE52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E99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F8235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2CC2E35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200D6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AE34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0FD3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33B9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63A8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527D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9645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F837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ACE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4E8C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982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C30D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D6C3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23FF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0217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3FF6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CE4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38B6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CBF4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655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F495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1525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4F74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2ECB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3C19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B6D31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EE12BA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158AD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7BF6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AF66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FC3B6E" w14:textId="09D4FEB9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80B943" w14:textId="2EACA06F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5012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D1B7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FFC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04C6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0DD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9E88AE" w14:textId="5A6ACAE0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E66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DC87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42E3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C7B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8FFAB4" w14:textId="71BCCEB0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9180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04B9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D66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8FFB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9D3C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19F9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798F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DFA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DD0E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8AEE3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D465FD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54EC6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FD13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F4A7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BA7F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418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FF4E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7314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E7A0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0B6B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953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4314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910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BA6D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19AD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1612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CDF9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F500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1825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7278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976D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162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65E8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A330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89F8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037C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DB11C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29CFB56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8169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E6B9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74BF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EC331D" w14:textId="7F8180C3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1B2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DEB5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D9BF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84A8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368F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194D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0485F" w14:textId="6B3018BE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D541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3E8E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FE52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C0EBE0" w14:textId="0970D416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25C1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980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0599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70F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8C4D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7D56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632E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F79B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0DC5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51E7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2CD96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48C684D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6317EB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947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5E64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3E86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C565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D1A8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FA0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08B0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6E3B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F084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0852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5C6F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3873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A13E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F579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0EC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E0F3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E2CE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1242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7B2A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12DB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7CF1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49E0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419A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BF91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2D9A7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9234472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8A495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2C29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387C1C" w14:textId="7C5E3200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FE068E" w14:textId="2E0C3BC3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4E3A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363D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EA0C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EB19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317E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1EC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6CAF91" w14:textId="324CBE9E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983F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C5BB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B1FA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EBF1BB" w14:textId="6024BC4D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A576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F29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A6C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8BE4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CE18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F78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497A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43F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4345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E033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33111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8641CDC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059FE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D36C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71A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FD1A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7E2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AC11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2402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863B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99E3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B5B2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810D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0177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8A6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3589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D8B1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21A1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4B2A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AFDE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04FB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381B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A91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EB1A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95E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683B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BE2A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194B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0B13FE8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B3E3A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32A0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4D02E" w14:textId="691E525A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341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7FF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78C3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F0B9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009F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0602BA" w14:textId="088145FB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A3694C" w14:textId="648D0F69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0B4647" w14:textId="141C159E" w:rsidR="0051301B" w:rsidRDefault="00D00C7F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93D814" w14:textId="510F6F12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D53946" w14:textId="53542C6A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0333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FB7EB" w14:textId="32E9992A" w:rsidR="0051301B" w:rsidRDefault="00945683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9FA0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E941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8B41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5430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D45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29A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4FBB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CEC6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A16D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E506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26D47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5116AAF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ED71F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3AAE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3443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06B0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A441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7077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A935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65E3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D4CD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E670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172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0B2F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336D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154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3B39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094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F8D5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20EB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EAED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54E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83C7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7AB6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B41B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81A4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7F18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E681E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36F1302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367C2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4620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3B9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E162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866C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0C0C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548B4A" w14:textId="6B850379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7055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84A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3BBF6" w14:textId="3E3D298C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FE8C0E" w14:textId="65346F01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FDE10" w14:textId="36590E2E" w:rsidR="0051301B" w:rsidRDefault="00D00C7F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06D1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A58BDF" w14:textId="17370CCF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F3B7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789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FB5D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3F6C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5BC63" w14:textId="5FB736C4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891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97D8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52AC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B004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98AC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258B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606E2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66C59CE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38EDCB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077C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33DF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01F1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904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532F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1E9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57A1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EB0A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F862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F713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BBCD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D279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8649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4BB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60A9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6E8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710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49F6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75F4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BC3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CA6C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B696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BF9F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528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C4CFF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9B4702E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E0A8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A6BC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BA3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A47F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BABE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28B0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F867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AD50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02A2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292E2E" w14:textId="2D7675C7" w:rsidR="0051301B" w:rsidRDefault="00425426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D838A" w14:textId="71528DEB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0BFD1A" w14:textId="68D3293A" w:rsidR="0051301B" w:rsidRDefault="00D00C7F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F9C2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AABCCD" w14:textId="4D3E568C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19C2D1" w14:textId="343CBD07" w:rsidR="0051301B" w:rsidRDefault="00945683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538F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BC97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1E96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254D4" w14:textId="0D67D1B0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CD0D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8602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14E3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5D17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82D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9FDF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4993B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2FCAFBB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405E1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6585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972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6F9F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5315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6CC4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892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FEFE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6D0A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80F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A7A9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1478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863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B13C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5E05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021A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CD26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4F3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83D0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E307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A4D3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5019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FA84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AA76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9192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9DC0D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80C49E1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E83C7" w14:textId="7DE4B485" w:rsidR="0051301B" w:rsidRDefault="00D178B4" w:rsidP="00D178B4">
            <w:pPr>
              <w:spacing w:after="0" w:line="240" w:lineRule="auto"/>
            </w:pPr>
            <w:r>
              <w:rPr>
                <w:sz w:val="15"/>
              </w:rPr>
              <w:t xml:space="preserve">           IX-1 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426A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F2BD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027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D30EFF" w14:textId="4D05E6FD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342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2582A" w14:textId="00416618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D09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AF5A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428C9B" w14:textId="75C1D6E6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18D0FA" w14:textId="7034881E" w:rsidR="0051301B" w:rsidRDefault="00D00C7F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5E9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A316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9D07BB" w14:textId="6AD7D464" w:rsidR="0051301B" w:rsidRDefault="00945683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3E82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0E17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A8CA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6B2053" w14:textId="31E0F7CC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3F0BC" w14:textId="322C65BB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F73B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B05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FD6F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BA20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00C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A120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B63B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A00243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7B08A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755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679B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C206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8ACE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2FEF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03BFD8" w14:textId="71D4F77D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E385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9FD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FFCB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2190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AAB5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FBA7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5EF5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F907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A44A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472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266A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DBE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0591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A6DF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CE75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7540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5A7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98CA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92C0E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173132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7AC6FE" w14:textId="53F52BB0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0FD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7162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CEAE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03CA80" w14:textId="7626CB75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7C6A7D" w14:textId="74BACECA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0E1D06" w14:textId="7513A7EA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7C19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FCE7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51CF9D" w14:textId="7958FF7D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96911A" w14:textId="5EF881F5" w:rsidR="0051301B" w:rsidRDefault="00D00C7F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496E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2DB9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3D8778" w14:textId="0699AC46" w:rsidR="0051301B" w:rsidRDefault="00945683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8307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D3AF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373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354469" w14:textId="13995206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8E2E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8EAA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43A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DD52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AAFB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80A4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2100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2A650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956A7F9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B306B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4F6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30B9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471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C2AB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3BB2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A7B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733F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6AD6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BB92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F5F3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90FF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AFD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FB02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A604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F641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3A24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484A1" w14:textId="14C80971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B0C0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E30C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6A9D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D58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C04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CDA4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2EF0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4A1F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B0C38FE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76BF1E" w14:textId="4CB0B55E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8EBC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4B1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8A0A12" w14:textId="691FE618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B117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058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AA6B61" w14:textId="4A36F0A2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E65D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A39B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8E4A35" w14:textId="0066FE7B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C1DAA7" w14:textId="797BC477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EDF4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68A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7D423E" w14:textId="4FE14E1B" w:rsidR="0051301B" w:rsidRDefault="00945683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317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9972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CD7A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D989FC" w14:textId="3F8E54A0" w:rsidR="0051301B" w:rsidRDefault="00945683" w:rsidP="00945683">
            <w:pPr>
              <w:spacing w:after="0" w:line="240" w:lineRule="auto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8F29E4" w14:textId="1474DE3E" w:rsidR="0051301B" w:rsidRDefault="00945683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46E3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8502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AC46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1F22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73AF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151F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47C9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964C399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F3527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EC8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3C0A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777A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9E59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E86F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08AEBF" w14:textId="5D6EB6B7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24C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360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B3E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255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509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F35A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272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5362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07D8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0680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78A8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E32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1EC7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CAC1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7FED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BFBB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8CDC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01BC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ABB5A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0EB5574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B0AF0E" w14:textId="2DC5C9B3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4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88A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1A7F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9640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3DDCF0" w14:textId="5C3F2B6E" w:rsidR="0051301B" w:rsidRDefault="00D00C7F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51B4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496BC" w14:textId="79E77E48" w:rsidR="0051301B" w:rsidRDefault="00D00C7F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C77F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72CC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187E23" w14:textId="7CA138C0" w:rsidR="0051301B" w:rsidRDefault="00D00C7F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ABBBB7" w14:textId="5A356AA1" w:rsidR="0051301B" w:rsidRDefault="00D00C7F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D1B65" w14:textId="6F5B2622" w:rsidR="0051301B" w:rsidRDefault="00D00C7F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20C9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3D617" w14:textId="06456105" w:rsidR="0051301B" w:rsidRDefault="00945683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C8F0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ADBE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841C5D" w14:textId="61D1B368" w:rsidR="0051301B" w:rsidRDefault="00945683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107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D08D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D637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E88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AF6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5E2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1F26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0AFC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7AAA7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DBF1C1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3A070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2C60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886A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7D19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3875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0089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B2DF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3518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FAC3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2B7C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444F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B376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D3F8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F09D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DD5C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3ECA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F973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D783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D0FC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BD3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68A3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5B1A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1D42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8C84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D68D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049B1A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048E7193" w14:textId="77777777" w:rsidR="00C40BCE" w:rsidRDefault="00000000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C40BCE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2D329750" w14:textId="77777777" w:rsidR="00C40BCE" w:rsidRDefault="00C40BCE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7A4C066" w14:textId="67A7D8BC" w:rsidR="0051301B" w:rsidRPr="00C40BCE" w:rsidRDefault="00C40B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BCE">
        <w:rPr>
          <w:rFonts w:ascii="Times New Roman" w:hAnsi="Times New Roman" w:cs="Times New Roman"/>
          <w:sz w:val="28"/>
          <w:szCs w:val="28"/>
        </w:rPr>
        <w:t>NAPOMENA: U četvrtak 24.12. nastava se izvodi po rasporedu od petka.</w:t>
      </w:r>
    </w:p>
    <w:p w14:paraId="7675C538" w14:textId="77777777" w:rsidR="0051301B" w:rsidRDefault="00000000">
      <w:pPr>
        <w:spacing w:after="0" w:line="240" w:lineRule="auto"/>
      </w:pPr>
      <w:r>
        <w:lastRenderedPageBreak/>
        <w:br w:type="page"/>
      </w:r>
    </w:p>
    <w:p w14:paraId="1F1BF014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FEBRUAR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 w:rsidR="0051301B" w14:paraId="06AD7D76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D5F72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76418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BC5C5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E507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D1B22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</w:tr>
      <w:tr w:rsidR="0051301B" w14:paraId="7CA508AD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2C530" w14:textId="77777777" w:rsidR="0051301B" w:rsidRDefault="0051301B">
            <w:pPr>
              <w:jc w:val="center"/>
            </w:pP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43AF44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1.2. do 5.2.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A774B4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8.2. do 12.2.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3515A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15.2. do 19.2.</w:t>
            </w:r>
          </w:p>
        </w:tc>
        <w:tc>
          <w:tcPr>
            <w:tcW w:w="363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8C6FA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22.2. do 26.2.</w:t>
            </w:r>
          </w:p>
        </w:tc>
      </w:tr>
      <w:tr w:rsidR="0051301B" w14:paraId="0CE9A696" w14:textId="77777777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4AC3F7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4CC2F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FFDE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1B888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50F96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BFEB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E8864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74481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FF066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A4978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55B2D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9CC2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AA26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9625C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336E7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22007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79577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C201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08F87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312CC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8FEFA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</w:tr>
      <w:tr w:rsidR="0051301B" w14:paraId="118D492E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A87A3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68D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5877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E112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955C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12E6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290B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9A3A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CFC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C2F0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93F2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BBE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4D45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6B8E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4D67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C0B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50B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BD1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09E2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397236" w14:textId="70787839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DF6E0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66DAC51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3D317D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A089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B700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8814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81D9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C5E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0A23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3B3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6A2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1736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A0F1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703C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D729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7142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1D29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C2DB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BEE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8281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B92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F24B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35CFB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79CE1ED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8724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C5A3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1A7F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A76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1D7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502A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928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F28D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19AD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144F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4103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3C92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BB62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AD4D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731F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9DC1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637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8AF0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44CC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5AB7AA" w14:textId="0288E8BD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4C74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852D5D2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942EB9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D118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AE16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FF7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F2F6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D624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2D2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90C6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2A0F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AF43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B441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323B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4A7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67F3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F101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CB7C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7053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38F1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82EE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114D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5C63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B5874E7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E1B3F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169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EF1B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4D5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7C5E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40A0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5EBF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EE96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1227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7279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BDE6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2F5B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C637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3BDD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0B1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D311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6060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6EE1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BF99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74E1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0426FC" w14:textId="26905DA5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</w:tr>
      <w:tr w:rsidR="0051301B" w14:paraId="0BAA825F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899637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547C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4176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63A7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1944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048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9B52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2D6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98FC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1777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4598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099A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88C7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5727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92DB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C79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DB4F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84C6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C11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6B2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1955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BC21A2" w14:paraId="58967916" w14:textId="77777777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2C49F8" w14:textId="173258C5" w:rsidR="00BC21A2" w:rsidRDefault="00BC21A2">
            <w:pPr>
              <w:jc w:val="center"/>
            </w:pPr>
            <w:r>
              <w:t xml:space="preserve">V-4 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E6F1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98571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52CF4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58A5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F8048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D2138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44B94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8597D6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ED6E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7B79C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BA507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B6D0B7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1C7C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0A328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421E7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97B3D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DC100F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0E31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F3F84A" w14:textId="5A875DBD" w:rsidR="00BC21A2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890520" w14:textId="77777777" w:rsidR="00BC21A2" w:rsidRDefault="00BC21A2">
            <w:pPr>
              <w:spacing w:after="0" w:line="240" w:lineRule="auto"/>
              <w:jc w:val="center"/>
            </w:pPr>
          </w:p>
        </w:tc>
      </w:tr>
      <w:tr w:rsidR="00BC21A2" w14:paraId="39CAC20A" w14:textId="77777777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5F6EB5" w14:textId="77777777" w:rsidR="00BC21A2" w:rsidRDefault="00BC21A2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7103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A4D3C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5D9166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9FC58E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6AA7B6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B0C3C3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52F717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DE12E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8746B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B183F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1FB91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0CDA4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EF31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5FB73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04328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139A2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D584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FF952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099D1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DB2296" w14:textId="77777777" w:rsidR="00BC21A2" w:rsidRDefault="00BC21A2">
            <w:pPr>
              <w:spacing w:after="0" w:line="240" w:lineRule="auto"/>
              <w:jc w:val="center"/>
            </w:pPr>
          </w:p>
        </w:tc>
      </w:tr>
      <w:tr w:rsidR="0051301B" w14:paraId="4A4FAC0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583B9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F322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381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4855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F914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60B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0FD5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142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F37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E6F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CEE4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2EC1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CD0B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315D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CCFC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5BB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365D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B241EE" w14:textId="4E3712AE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97FE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C94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F9E0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BC21A2" w14:paraId="4C5F2209" w14:textId="77777777">
        <w:trPr>
          <w:trHeight w:hRule="exact" w:val="225"/>
        </w:trPr>
        <w:tc>
          <w:tcPr>
            <w:tcW w:w="1250" w:type="dxa"/>
            <w:vMerge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D4E6C0" w14:textId="77777777" w:rsidR="00BC21A2" w:rsidRDefault="00BC21A2">
            <w:pPr>
              <w:spacing w:after="0" w:line="240" w:lineRule="auto"/>
              <w:jc w:val="center"/>
              <w:rPr>
                <w:sz w:val="15"/>
              </w:rPr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A545D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7621B3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F7B7F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58E30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09959F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BDE30E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BC784F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061F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9A1C1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55BE6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137ED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F4DFDC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3CBCC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337E6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2433F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EA7A87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6B57D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14F7C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720A4C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01D542" w14:textId="77777777" w:rsidR="00BC21A2" w:rsidRDefault="00BC21A2">
            <w:pPr>
              <w:spacing w:after="0" w:line="240" w:lineRule="auto"/>
              <w:jc w:val="center"/>
            </w:pPr>
          </w:p>
        </w:tc>
      </w:tr>
      <w:tr w:rsidR="0051301B" w14:paraId="24FD29E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376B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E8E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F8D7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7761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F611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FED4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397F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0A7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A794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31A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2A6D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ABF9FF" w14:textId="5FAEB175" w:rsidR="0051301B" w:rsidRDefault="00D02877">
            <w:pPr>
              <w:spacing w:after="0" w:line="240" w:lineRule="auto"/>
              <w:jc w:val="center"/>
            </w:pPr>
            <w:r>
              <w:t>INF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275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8326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A50F3" w14:textId="48C8B2EE" w:rsidR="0051301B" w:rsidRDefault="00D02877">
            <w:pPr>
              <w:spacing w:after="0" w:line="240" w:lineRule="auto"/>
              <w:jc w:val="center"/>
            </w:pPr>
            <w:r>
              <w:t>INF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B06B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242B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B053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89BA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B735FE" w14:textId="607C9B18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9F4A9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2EA16D8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D0205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834C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4B1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BE35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2462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D917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5BC7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3DA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BEA7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1B3B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268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3C96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6F7E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84D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B387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5FF9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EB03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E366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CFA8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7335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CC5BC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CD42CA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7B3AB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88DE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D5EB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67F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3711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958B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1538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372D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DB61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A24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BD1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FAC4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50AE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31FC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BEA9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8850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7662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BCB67F" w14:textId="2138E1B2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1EE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DE9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E8D6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F16326E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C18990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C728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58C3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349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0E55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ED3F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BA45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1AA0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806F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54FD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9C40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60B5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2B13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A823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5917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DB50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0C8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15BB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BC28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63E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920A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7EBC99E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9993B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C54A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D424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8DA2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D38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8D0E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6469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2AA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E566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A812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EB552F" w14:textId="47CB6A37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FB7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97ECE7" w14:textId="2976AAB9" w:rsidR="0051301B" w:rsidRDefault="00D02877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680A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77D1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B1FB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150F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0F1D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FDE7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AAA2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6273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0F9881C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A2924F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D3A7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C832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5601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7F3C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3294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EB7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46C6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4514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2189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A411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2D8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764F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384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AE01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71D6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3A05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F4DD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DE92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AEFE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74980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0987F2D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E750C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1365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2B71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B298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8EB2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6623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7813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FD0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FF00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E9D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A82352" w14:textId="357CDBDC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FEA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B488BE" w14:textId="598F0C7F" w:rsidR="0051301B" w:rsidRDefault="00D02877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EEC3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BFB3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EED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C500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A652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FFF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B268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C021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035F923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53A6F5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38D5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5147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20CC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5D4B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1CEF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24A6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09F7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59A0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6392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04A1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BD97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6A84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5EDC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425A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9447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8D27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F50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64C1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51A8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BB8DA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D4CC1BA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A399C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EDD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87F3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700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F822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5AE3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CB94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4B6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AEB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93F4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17D027" w14:textId="5627D191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9959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09CFEB" w14:textId="3F4C4F1B" w:rsidR="0051301B" w:rsidRDefault="00D02877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7A52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B125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952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1B56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D50A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E82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AC58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C9D06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1CB9D37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B0F341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70FA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34AA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7311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813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3D02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A7E4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F0E9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2D52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061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11C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342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8D3D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8558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AB35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BFD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C2B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30F4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2670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C802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1A9B7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CB4C28D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5B378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DE2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A770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8EB0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621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DA6E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D9D1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41D8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20EF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80DADC" w14:textId="1B2CBBCC" w:rsidR="0051301B" w:rsidRDefault="00D02877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5908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B2B8DA" w14:textId="24623CA5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6A2E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8F83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C29D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2177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F0F8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6745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D506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7920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D14E4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8E94570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985D03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3502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9A7F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1B73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743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10F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64EF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3BF3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369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247C33" w14:textId="24EC194D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BD60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3319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001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E3D2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169A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3CB3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BAB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A748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95DB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2003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298BE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772AD56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1985D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2FA2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7DDB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5D19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AA01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1A9F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7135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3125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83B263" w14:textId="70D8A1CE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5F71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8E7C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571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E39C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783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DB4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89E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C2E4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4D1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D0F7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299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7A5743" w14:textId="612ACA7C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</w:tr>
      <w:tr w:rsidR="0051301B" w14:paraId="3BA3E72F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7089CB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630A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970E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0C30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B750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9175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0A6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F230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4A8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0C16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D9C3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BAB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98B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1B4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96A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E74B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4067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D9BD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3A00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2C09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86DB9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DDE995C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E8C50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C48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D393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CAD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3336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B463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4E9F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17FC0" w14:textId="7A8E968D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9ECD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DF9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5645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C82F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C15F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CC5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FE7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7FF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71D9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F49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C7B5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5A5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28FF7F" w14:textId="6B3BD80A" w:rsidR="0051301B" w:rsidRDefault="00CC290B">
            <w:pPr>
              <w:spacing w:after="0" w:line="240" w:lineRule="auto"/>
              <w:jc w:val="center"/>
            </w:pPr>
            <w:r>
              <w:t>MAT</w:t>
            </w:r>
          </w:p>
        </w:tc>
      </w:tr>
      <w:tr w:rsidR="0051301B" w14:paraId="1893CB0D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AE1963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10E9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D2C5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F659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56A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8631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865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9B1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075A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1ADB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5E84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0978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57D2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38F8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A794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930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0EC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9448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B46D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D726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FA1F6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483677F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E16558" w14:textId="6A383247" w:rsidR="0051301B" w:rsidRDefault="00BC21A2" w:rsidP="00BC21A2">
            <w:pPr>
              <w:spacing w:after="0" w:line="240" w:lineRule="auto"/>
            </w:pPr>
            <w:r>
              <w:t xml:space="preserve">          </w:t>
            </w:r>
            <w:r w:rsidRPr="00BC21A2">
              <w:t>IX-1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F9E6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1D7C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5AE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3400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151F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6A3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5965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8DAE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62A6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8B0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4EE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6D14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AD32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6FE0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0887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3C86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FBB0B8" w14:textId="075940E1" w:rsidR="0051301B" w:rsidRDefault="00D02877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B764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8DCA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924C3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C62F717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265AD6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77AC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241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4401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0D60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2B2A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FC89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299A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202E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9B1E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F57D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DCE5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50E0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BB40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98C3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9B78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ED3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F438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299D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9237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6B2B2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A8D99A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AE26A9" w14:textId="224A2C3F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2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0E24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9EB7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54E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015D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7042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B6B7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A1E9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7EEB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1152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8C40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A5A2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6315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4700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DBE7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EFE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683C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F21E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7AA9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CBA02C" w14:textId="5BC2A40E" w:rsidR="0051301B" w:rsidRDefault="00CC290B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CC816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0768D8C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4C3C7E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B967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05B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7C13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F7D2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5550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DD5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2364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CE22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16CC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9D10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7E1D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3F13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D8A7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A8F7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26EA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770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C1C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EFF5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B895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AE52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DB55A2E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20EF0D" w14:textId="41F67643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3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7FB2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F353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B01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D0B6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EA22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2A66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9AB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E66E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2ACF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5D38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55B1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81A0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FB75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6F6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33D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1621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05A56F" w14:textId="2995C700" w:rsidR="0051301B" w:rsidRDefault="00CC290B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A854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B940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55B1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7E2AB20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5146BE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3AB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9635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92D0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5DB9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FEC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EA2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79FB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C25F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4A2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4098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1B5A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5D85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C4F3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591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A864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1BF8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08A3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6907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6414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6128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F11489A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CBC6CA" w14:textId="227E2925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4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5F6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2D7B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F7C0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5A9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8C55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B02C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ADF4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48E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3EAD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939B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CE3663" w14:textId="640B101D" w:rsidR="0051301B" w:rsidRDefault="00D02877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093F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462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63D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4F8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34FA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6EC826" w14:textId="65B7B40F" w:rsidR="0051301B" w:rsidRDefault="00CC290B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0122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A60F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ABACC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4706AA5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1B401F" w14:textId="77777777" w:rsidR="0051301B" w:rsidRDefault="0051301B">
            <w:pPr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77A8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8CC0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1B3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D055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7632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79D9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9692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7DF3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E295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7F4D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C865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F9CC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13CC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8FB2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C1BC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6420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369A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D243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81A5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727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B39539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77B82BF5" w14:textId="77777777" w:rsidR="0051301B" w:rsidRDefault="00000000">
      <w:pPr>
        <w:spacing w:after="0" w:line="240" w:lineRule="auto"/>
      </w:pPr>
      <w:r>
        <w:br w:type="page"/>
      </w:r>
    </w:p>
    <w:p w14:paraId="6F7B450C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MART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3FB2AEA7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4BEB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E4645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EA47D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365C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F3D56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4FFD3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4ADA2A3B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E31DED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FDE1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1.3. do 5.3.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F82620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8.3. do 12.3.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DB403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15.3. do 19.3.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3B465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22.3. do 26.3.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07231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29.3. do 31.3.</w:t>
            </w:r>
          </w:p>
        </w:tc>
      </w:tr>
      <w:tr w:rsidR="0051301B" w14:paraId="3A1F137D" w14:textId="77777777" w:rsidTr="0064777A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930375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F87A2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3953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3057C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A3CC8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EB089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B5CB9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50634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FD8B9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FD4F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F94C9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FCF0E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B203B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464A3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9B0B8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16468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9CBF5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5A16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EDF81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532DA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0B01F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5801B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472CF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4C4E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522B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800A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823B74F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3B7B0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C76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9DBC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63A5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D509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8CD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8A28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E4F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B8B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F338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470FD" w14:textId="6E386BF0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2F73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6FBE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F7F0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E38D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C188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9855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031587" w14:textId="41C801DB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5DE5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35DEDC" w14:textId="06A565D7" w:rsidR="0051301B" w:rsidRDefault="007B721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353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A563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E56A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DD9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590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A7D85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CFAFBDB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3C179B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6281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0397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D08F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1898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99D6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C293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9E48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565E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7800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B07950" w14:textId="559ED67F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2AEF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2431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9798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CFEE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FA1E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7933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CB4A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ED14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934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EC3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01D9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0DBA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22A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1309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61E0D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A80A3C0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9CEE6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72CA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C985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13A9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60A5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BF57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9ECB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FAFB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8224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B167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DD4F7A" w14:textId="47FA4365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3EE6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699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1CE8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FE2B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E47B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6941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040C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65002A" w14:textId="5E57049D" w:rsidR="0051301B" w:rsidRDefault="007B721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3FA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7DAA91" w14:textId="39562F41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542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C41A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4A02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984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7960B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9F029B5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16D0F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B9A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387E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1C5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D792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1039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6B18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D64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1FDE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B761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2B9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5375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DE20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8C71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F082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DCDD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35D1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AFEE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6935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27A9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A7E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EC3E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235E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F3B1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EB4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BC7C0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7F34037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CF1E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59DD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9442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B528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F11D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165F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54BE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0B3D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52B0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4C88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2B4620" w14:textId="5E870723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2E0A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491D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0E66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6C7B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CB95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196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2B3A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6E42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FA9B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31CCAD" w14:textId="0268BDD6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5EA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813E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3A7D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F4BE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2EAEC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5C3D20F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F33B7F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3E55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7030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F196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167D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E56F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F455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737B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468E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DB80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D6BA1C" w14:textId="72374088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AE82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BFA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5532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820E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8014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B201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E8ED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EDD0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270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C288B6" w14:textId="729FDA7A" w:rsidR="0051301B" w:rsidRDefault="007B721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03A7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93C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AAF8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1671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0F6C8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BC21A2" w14:paraId="7A2B0CF7" w14:textId="77777777" w:rsidTr="0064777A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9D87B0" w14:textId="17962AB2" w:rsidR="00BC21A2" w:rsidRDefault="00BC21A2">
            <w:pPr>
              <w:jc w:val="center"/>
            </w:pPr>
            <w:r>
              <w:t>V-4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B3DCF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2F03F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B9004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4CE8A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8548E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4B56E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50EB1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5722F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E599F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FE3E9" w14:textId="22B04AF8" w:rsidR="00BC21A2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E712F3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CEBBB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30663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18C75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A3A04E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49B26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4E83C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22E32F" w14:textId="0A92B103" w:rsidR="00BC21A2" w:rsidRDefault="007B721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722CC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2CE307" w14:textId="4457505B" w:rsidR="00BC21A2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0E4C5F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94C7A2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BB53A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84807D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4200F2" w14:textId="77777777" w:rsidR="00BC21A2" w:rsidRDefault="00BC21A2">
            <w:pPr>
              <w:spacing w:after="0" w:line="240" w:lineRule="auto"/>
              <w:jc w:val="center"/>
            </w:pPr>
          </w:p>
        </w:tc>
      </w:tr>
      <w:tr w:rsidR="00BC21A2" w14:paraId="1B4B5FA9" w14:textId="77777777" w:rsidTr="0064777A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8284C" w14:textId="77777777" w:rsidR="00BC21A2" w:rsidRDefault="00BC21A2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EF867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EC469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CA0B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D629E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D29B5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5C43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56C6A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5CF0B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8B0D33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860EE9" w14:textId="15171561" w:rsidR="00BC21A2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F6A8A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10EB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8E92F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A80930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751DA1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FE5CE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3E6188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07BE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0EB439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24BDF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9926C4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710C4A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F1399E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3C27DB" w14:textId="77777777" w:rsidR="00BC21A2" w:rsidRDefault="00BC21A2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D1E501" w14:textId="77777777" w:rsidR="00BC21A2" w:rsidRDefault="00BC21A2">
            <w:pPr>
              <w:spacing w:after="0" w:line="240" w:lineRule="auto"/>
              <w:jc w:val="center"/>
            </w:pPr>
          </w:p>
        </w:tc>
      </w:tr>
      <w:tr w:rsidR="0051301B" w14:paraId="09488B55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5E60E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B7E3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A6E7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0AF5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7B38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2BDB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93B5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A2F4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73C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FE07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464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1FA134" w14:textId="5BB31874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77EC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BCD0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8FDE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5EA8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AE6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D725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C5CD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67B908" w14:textId="565EB3CC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320B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FE4B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91DE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0FF2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6CE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91C53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F8AEE70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160203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5807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25A9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D502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DBCF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C273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73E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5916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C998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51E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CF6A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3CD4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6E8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F03A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D61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6DFB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5CB5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F41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240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58A9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64C4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D5F2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F78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55BA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EDF8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49A9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0D29645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EA343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E354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3B85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7A19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7EC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A6815D" w14:textId="2205158E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DD6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DDC7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2C1A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FD68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9A73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57B2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675D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7B97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769D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345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1F81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AB65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62BF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514C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63E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481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811F0" w14:textId="03554AA5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34F6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EE30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CC75D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BE741F2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DBBFF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12E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078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C54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4D42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2E3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1FFC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1D9F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6E45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92B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B3D8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849F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D5C0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39BE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5FA3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358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29C5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9930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DE61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59A9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B7DD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BD0A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377B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9904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604C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62A88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F2AE59F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D995A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4F6F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80EB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D895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D8FD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8636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F888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A191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4B23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A80D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25D4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4F5B1C" w14:textId="7B4895C5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6E4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51B2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2D05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2766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996D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1B20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C6FE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20D831" w14:textId="33BC618E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12AF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E8BF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6E9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17BC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9517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A45A5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96742C1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B7BDC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F884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F6D9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09AB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1084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3A8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2901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2B83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4D8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C354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C2A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083D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1918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BF1F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16FB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C03B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B30E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2DB3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4B2B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C198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8E4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5836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3927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B261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031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97C0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D7F5160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789A6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C8A6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992C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2A5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DECC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4662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2CF621" w14:textId="07903E10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EAFC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D9EA73" w14:textId="03EB7B88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0400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A3E141" w14:textId="475B5BB3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0569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9C34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92FF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657D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88E8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3E2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5177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7029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E4F5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AFE3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D40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4F30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583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A245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F5BB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7DEB557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61C96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788C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B6A0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6DD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1ABB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467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95C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70CC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5454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846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3660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1EC7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D9AF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32A9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0CA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C819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911D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16C2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21D7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64C5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616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29F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3572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74E2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22F7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8659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DD06E9A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DF8FC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9B1E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F8AA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B409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E1B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AD3242" w14:textId="55F076DD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6DDC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C241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51E2D3" w14:textId="10EC11A4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779D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D9AAD3" w14:textId="396DCC4E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7B28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C264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A992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655E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ED5B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D848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5D49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8E1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8E19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8490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A2B9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425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F095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5A8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9481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381B106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3003A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0810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7696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6DDC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B8B0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5C85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7398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AF0F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E768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9567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B87C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8444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3275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D8F2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E16F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7B4C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258B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4C9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68D0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0083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AF03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1F5D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348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47B7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6A46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0CF0E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ABB31B0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70D90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264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0C66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CBF7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F524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7BF9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2525B4" w14:textId="1C7DA53D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2440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C7C3B3" w14:textId="41210DB9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AB95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9DAE8F" w14:textId="71146BFC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3E97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51F3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F0BA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270A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D793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DF4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990C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8C68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8BAB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125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C38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E4D6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FC08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D939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8EA77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3054181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6DDBE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9A9B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D30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20A1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E0B1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F6E0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909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87C4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955B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455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EC68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6449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5184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674D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2649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C85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774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CBAD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909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8C1F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B0B8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ABD9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93E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61FC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0FDD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BF17E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19BB46A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EAF0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7C9B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69F514" w14:textId="0EC3045C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EBD8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DBD2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20A1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FB1AB" w14:textId="7F85D925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AFB9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0F4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4FC1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BE8A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CCF7DA" w14:textId="5493E9A5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4D49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05BA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DB2D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64AD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525E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F384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346C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0A489" w14:textId="151CF93E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24ED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C440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F68B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5B52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B18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6EB82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265B041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653747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0660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AE3A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FF43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8F5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763C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063B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BCA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02B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9D50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30E5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DE0EC4" w14:textId="7DC74274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947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6217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3F20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919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49C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BE2A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7BAA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3F15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1FBE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DEE4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E9EC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18C0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ACD7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DEA4D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C15010B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278EA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832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D240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F94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EA5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9EA2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C9918E" w14:textId="11C1368D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E1AE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7D4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D9A6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D004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52C7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B7FD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97E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F1CB45" w14:textId="4C2DE0E3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0FD7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D8B2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436B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719A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2F75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189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D104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9F9F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A840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B4D4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434E0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3C766A1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D5B3B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BB6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71D9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E9C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03F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F963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723B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69C1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128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0E65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906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7969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6F2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129F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79B8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9EC2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A2F7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EAA9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762A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394E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8593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8285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37C6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BC6B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832A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1167C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88550F4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B91BC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6CAE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7486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FE3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E4F3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5E05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0CED68" w14:textId="733259A4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FC78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B0A8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A83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B2B3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A577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DDCC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E96F07" w14:textId="05F82342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54B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3357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B066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47A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C6CF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145778" w14:textId="4AFB8FCD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C5F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A6E0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025D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BDE8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9ED5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7BCD7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DD6DF83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7F5F8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7FC0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189D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AEF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5FED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EAD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F4D3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4FFD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512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A57D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BC18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085F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391B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E177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B961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DF09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70DA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7077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A080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680A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5F37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F391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216B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2752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9B33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7230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C677F43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4991FC" w14:textId="06AE0E41" w:rsidR="0051301B" w:rsidRDefault="00BC21A2">
            <w:pPr>
              <w:spacing w:after="0" w:line="240" w:lineRule="auto"/>
              <w:jc w:val="center"/>
            </w:pPr>
            <w:r>
              <w:rPr>
                <w:sz w:val="15"/>
              </w:rPr>
              <w:t>IX-1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7251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BFCB5" w14:textId="622B1914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DA68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EE5B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44FF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07A94D" w14:textId="0E4DD019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F6CB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E460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63D8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744E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6A2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B3F8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5826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BFFC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375A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A026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F3C3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A645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D072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BE1A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452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D2078E" w14:textId="6BC5FCC5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789F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92F9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71160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5C5D91D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8A00F6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3AC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FED1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A74E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81D9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991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9538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B135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686E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641D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FCB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B8F6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8D0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B085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F81F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62F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EB3F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E4F8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23BF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8446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97EF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CFCC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F27B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86E8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8558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924DF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FD7147E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272C63" w14:textId="75C328A2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DEBF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6B8D3C" w14:textId="36594C0F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1624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888C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8324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186E7E" w14:textId="3E6AFCBA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53A0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0A2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78AC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7F7E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22DF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EB47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12F8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C1E0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D39A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DF6B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2442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26D7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6FC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159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7161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C4D2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CB4EB7" w14:textId="06C35230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9785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EAEEC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F7B316C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3A1B90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02B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071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99BD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FFF5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7D41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3FF2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36DC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1A8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14C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BC4C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C90E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47CC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80AB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257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7C1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FF6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CB4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909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933A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2DD3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A29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7DCA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CC99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1D8E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F433F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B540B28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23E535" w14:textId="5EA1CEFA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1D0E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C31695" w14:textId="2D1B99C6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45F4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CDF9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ABB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742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E3CC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2C6E75" w14:textId="3BE7F17F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9661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229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6900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392E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C7D7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14C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37CA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6798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4319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2E82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5064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2E54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5C81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ED271D" w14:textId="7341FABF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0244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0AA8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EE698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F5F1AFF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3CDB9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C022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5D3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E49D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82C9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6A96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0C8C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99C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B5BA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C6D6C4" w14:textId="45A0C538" w:rsidR="0051301B" w:rsidRDefault="007B721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29C9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1E0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8437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4FBC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0120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3C25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7B7B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3185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E222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48F1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60E0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A25B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8C42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E643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66A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501C6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286F8BA" w14:textId="77777777" w:rsidTr="0064777A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9B9893" w14:textId="685F93B6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BC21A2">
              <w:rPr>
                <w:sz w:val="15"/>
              </w:rPr>
              <w:t>4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394D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71D6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343774" w14:textId="56814878" w:rsidR="0051301B" w:rsidRDefault="007B721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4022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670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BEB0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58F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9C8B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BFC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1FC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85E7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0C6E94" w14:textId="1369474F" w:rsidR="0051301B" w:rsidRDefault="007B721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FB1B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5241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B4C7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48C1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402D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20E7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6A3C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A0ED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CB99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2B3A0" w14:textId="0F5818EA" w:rsidR="0051301B" w:rsidRDefault="007B721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1C2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D6B1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CCF3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115177E" w14:textId="77777777" w:rsidTr="0064777A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00DFC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662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3CC8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D8EB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E5B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97F4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902C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F733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7C15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542E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7667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6FA8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E12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47FA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644D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0072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4280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51BC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200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D8C4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EFB4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FB26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FCC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8F41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CA5A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05A843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7DC2B60D" w14:textId="77777777" w:rsidR="00445179" w:rsidRDefault="004451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32E7B6" w14:textId="7D032C2D" w:rsidR="0051301B" w:rsidRPr="004451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b/>
          <w:sz w:val="28"/>
          <w:szCs w:val="28"/>
        </w:rPr>
        <w:t xml:space="preserve">NAPOMENA: </w:t>
      </w:r>
      <w:r w:rsidRPr="00445179">
        <w:rPr>
          <w:rFonts w:ascii="Times New Roman" w:hAnsi="Times New Roman" w:cs="Times New Roman"/>
          <w:sz w:val="28"/>
          <w:szCs w:val="28"/>
        </w:rPr>
        <w:t xml:space="preserve">Nastava se ne planira za: 1.3. (DAN NEZAVISNOSTI BiH), 9.3. (RAMAZANSKI BAJRAM), 29.3. (USKRSNI PONEDJELJAK). </w:t>
      </w:r>
      <w:r w:rsidRPr="00D178B4">
        <w:rPr>
          <w:rFonts w:ascii="Times New Roman" w:hAnsi="Times New Roman" w:cs="Times New Roman"/>
          <w:b/>
          <w:bCs/>
          <w:sz w:val="28"/>
          <w:szCs w:val="28"/>
        </w:rPr>
        <w:t>U srijedu 3.3. nastava se izvodi po rasporedu od ponedjeljka.</w:t>
      </w:r>
    </w:p>
    <w:p w14:paraId="38EFE7AB" w14:textId="77777777" w:rsidR="0051301B" w:rsidRPr="004451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sz w:val="28"/>
          <w:szCs w:val="28"/>
        </w:rPr>
        <w:br w:type="page"/>
      </w:r>
    </w:p>
    <w:p w14:paraId="66975316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APRIL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6CF32580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5B71E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2E390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EE0F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1A382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E82B3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CFE0E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3A40092A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F292D1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F7246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1.4. do 2.4.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3B8FE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5.4. do 9.4.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0B812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12.4. do 16.4.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65B96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19.4. do 23.4.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5E21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26.4. do 30.4.</w:t>
            </w:r>
          </w:p>
        </w:tc>
      </w:tr>
      <w:tr w:rsidR="0051301B" w14:paraId="4DE448A7" w14:textId="77777777" w:rsidTr="00445179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AC648D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A5C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4B3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FAA7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E8C64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0C6F3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3A77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CB34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64C4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7FDE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3774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03D72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60DC0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E6376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E79D0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7F8A4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E9A2B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14DC5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54D6F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C846E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55F9F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62787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B3D52E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06224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5CB13D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084FA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</w:tr>
      <w:tr w:rsidR="0051301B" w14:paraId="315F7A5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C4151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6A1F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3AB2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E198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8FB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1AD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A93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72A7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8CE2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DA18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E3069C" w14:textId="7B0E2B7A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8150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06E4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6AA8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D9DA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95FC39" w14:textId="3F633998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9FB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06A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9FAF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1C2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9FE3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D85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3917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4FB028" w14:textId="47607410" w:rsidR="0051301B" w:rsidRDefault="00F121E5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5BE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17A69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47580F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E593B5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6045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5307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6075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9824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CEEF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D422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437F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6CCE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45EB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7AE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9545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03D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A63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A994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663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522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49C7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7FA6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1BA4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7901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469A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AA53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5B84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B93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77794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08428AE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E1AFE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268D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1264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A06E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B403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F6E7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11F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A52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77FC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366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59CA5D" w14:textId="7FB7A24C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B519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E29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78E5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5D5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E2E9DF" w14:textId="4FA0DB13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32E7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E066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C00A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6975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F60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8975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62C2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CE99EE" w14:textId="4A8B1818" w:rsidR="0051301B" w:rsidRDefault="00F121E5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3F8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EC8A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5FF5400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193A4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DEAA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ACE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D7DA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D6D1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27E6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BF44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C233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22F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242C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C506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A3BF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0855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C6CE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ECDB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9C07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C706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F2C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37E0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A9DA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C4B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1FF9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BFB4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86CE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6EB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AB058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CF1ED5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463C9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8E8C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A54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B6EE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2E4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30AE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A97D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41B9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65F2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902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2C146" w14:textId="2169E4D7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0D7F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E459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3F3D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2B97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5D70A3" w14:textId="72353152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70B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2A1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1144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7867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55B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26BF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993D78" w14:textId="6E6FB53E" w:rsidR="0051301B" w:rsidRDefault="00F121E5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D7F3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998D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D2396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8ED3DE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2B7EF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2D1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A59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C36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041A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8397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6897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8E7D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D47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4DD8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7ABD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B34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685A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74B7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BFB3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623A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75ED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191E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BFB2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F4D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7C56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0B5D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FB89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DA2F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7BD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0ECD7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D178B4" w14:paraId="530AB092" w14:textId="77777777" w:rsidTr="00445179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89A0A6" w14:textId="5DF08DAA" w:rsidR="00D178B4" w:rsidRDefault="00D178B4">
            <w:pPr>
              <w:jc w:val="center"/>
            </w:pPr>
            <w:r>
              <w:t>V-4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E4E21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C24168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53FD5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A9BD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A8770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EAC958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3AF63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05174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5B544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BC7B23" w14:textId="2CB19395" w:rsidR="00D178B4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CCBDAB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94F55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9477C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C4C21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561B35" w14:textId="30BC278A" w:rsidR="00D178B4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5EA4F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EB29A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A93BDD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A6B7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9C0CB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5622A9" w14:textId="46311DB6" w:rsidR="00D178B4" w:rsidRDefault="00F121E5">
            <w:pPr>
              <w:spacing w:after="0" w:line="240" w:lineRule="auto"/>
              <w:jc w:val="center"/>
            </w:pPr>
            <w:r>
              <w:t>DRUŠ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C6AF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212B3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4163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54A355" w14:textId="77777777" w:rsidR="00D178B4" w:rsidRDefault="00D178B4">
            <w:pPr>
              <w:spacing w:after="0" w:line="240" w:lineRule="auto"/>
              <w:jc w:val="center"/>
            </w:pPr>
          </w:p>
        </w:tc>
      </w:tr>
      <w:tr w:rsidR="00D178B4" w14:paraId="4D165E7C" w14:textId="77777777" w:rsidTr="00445179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2D6B92" w14:textId="77777777" w:rsidR="00D178B4" w:rsidRDefault="00D178B4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84917D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CE2CE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D27C8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0BEE48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C13D0F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5060DD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A0ADDD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3ADE3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6C93A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69C1F0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42049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B68D4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571C7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EBA6E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F6D3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BDF41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4A85D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FCDD9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CD15C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C9A18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45916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7F77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0D119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683EF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39E22" w14:textId="77777777" w:rsidR="00D178B4" w:rsidRDefault="00D178B4">
            <w:pPr>
              <w:spacing w:after="0" w:line="240" w:lineRule="auto"/>
              <w:jc w:val="center"/>
            </w:pPr>
          </w:p>
        </w:tc>
      </w:tr>
      <w:tr w:rsidR="0051301B" w14:paraId="4EB2C59C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6B869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16AB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B23E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2613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153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7AFE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9395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B5E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503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014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0C7B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ED90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02A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DAB6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969E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5B4C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A3ED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D399CF" w14:textId="064E3E3C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C077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A92FDF" w14:textId="2ED15971" w:rsidR="0051301B" w:rsidRDefault="00F121E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9E6A23" w14:textId="13F6DBE0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5A78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946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81E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D213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48D22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1361AB5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53C84A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3797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C844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614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7AFC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4054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EF11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7B40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64B0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D703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9D93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24AD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30F8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BAF2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F950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8DD5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3FEE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A73C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B58E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3862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21EB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4692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78C5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667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371A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0DD87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FD36DF2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AB648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3D44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85D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D7A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8239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D59F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585B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8D3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A99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7E0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DF48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ED8C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39ABF4" w14:textId="15D41B13" w:rsidR="0051301B" w:rsidRDefault="00F121E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866C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FC97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4939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39C4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3575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E26B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2E9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36E0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4108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FFB1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5AB9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82B840" w14:textId="1EE3F161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E358D4" w14:textId="59E5EE72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BD9DA47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2DA7D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8CD5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837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993D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C6BE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3DF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EA52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692E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2653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E86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2DFA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DD36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9038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DDE8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3CC6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A65A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F8A1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644D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03D6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AC7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CB0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E9F2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F654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A07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D11E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9EBD8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27EBAA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97C7C3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D741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0A1D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2384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014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2185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00C3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60D5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DBA1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C43D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7944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4A8D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1537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FE33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0459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E506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39FB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6AFD18" w14:textId="0D854875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7C7F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3DB04E" w14:textId="16E75AF9" w:rsidR="0051301B" w:rsidRDefault="00F121E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A18C15" w14:textId="2E8EB616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7E3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264E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AA7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2E5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9B0E4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6E6D1DD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CAF60D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4E2D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3C79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101F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9AB5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2C82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73C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2A5C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3D39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D7FE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53CC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C649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FFDA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6755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49F3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073B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7E5F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426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F034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0D74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474C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5609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B0AB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2E5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A6B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0DB50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0CE0760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0E02F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93DA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3EB3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7866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EDF2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7F02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8D35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55B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A70466" w14:textId="48A56688" w:rsidR="0051301B" w:rsidRDefault="00452C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6089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438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6AA35A" w14:textId="09DD8AD6" w:rsidR="0051301B" w:rsidRDefault="00452C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09B1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EE34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56C7DA" w14:textId="05536F68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3DB8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E7A308" w14:textId="5A31AE6F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664E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EB34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59F8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A524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6FF9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B99E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14EC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CBA5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A061A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B10324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FDB5F5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3A47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E16E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57DA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5799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AE4C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BD54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5FF1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C608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3E34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6B83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9E4D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141F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FB1D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533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B45E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8A1D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900C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3C10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340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13A3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6405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2F9F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18FA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56D7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88040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65920E4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649EB0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288C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AF27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9244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58F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32F8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FE4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D6B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95CC2F" w14:textId="256EE38D" w:rsidR="0051301B" w:rsidRDefault="00452C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C70D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694C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62BF2" w14:textId="620890EC" w:rsidR="0051301B" w:rsidRDefault="00452C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F0B2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07BAFC" w14:textId="60E3EDA9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D39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C50866" w14:textId="23F7B8D2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E02B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E88D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78BC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DD1B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7716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9DF5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F1AE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B64C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34C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D891A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4E78217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4FA78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A40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7CD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A5F2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5A83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CE9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5092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1D1F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4EB8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065E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530F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971D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4B75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DD07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7AE2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5758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D9A3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65D2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5832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84B9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C18D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DC6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6412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2BA2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FE28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62EB3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49C089F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767AA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4C51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E920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A2AB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46C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1AA9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ED2B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A497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4F1D01" w14:textId="1E59981E" w:rsidR="0051301B" w:rsidRDefault="00452C84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1889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6E40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A963B8" w14:textId="0A56DE3B" w:rsidR="0051301B" w:rsidRDefault="00452C84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635B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7D078" w14:textId="48F7F813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C5844F" w14:textId="048A3472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716F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D78E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9502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663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9E0E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45F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290C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DE0B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7CD7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D80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F6A81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2212D39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039C7E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977A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4BC2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7A4A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FCD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F697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30D2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81D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725F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D4C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00D1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7479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744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5A80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06EE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F857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4E23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BE5E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37A3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7809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0079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473F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5631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A81C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A8A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574C9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DBEB958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D08F5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6E5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885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CD02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DB4F54" w14:textId="38C28850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7EFE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F02B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C628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06403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DA30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9128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C3537B" w14:textId="65BEC0BB" w:rsidR="0051301B" w:rsidRDefault="00452C84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6683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C257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A26A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DA2E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30AFC7" w14:textId="2923DED7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415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4B74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CCA754" w14:textId="56DCEF65" w:rsidR="0051301B" w:rsidRDefault="00F121E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3C06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D607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ECA2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2714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3F37C8" w14:textId="552C18C9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4BB72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FCAFBF3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9652C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0B1A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0D58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00FF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50EB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73C6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3EC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2CE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81F1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2494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6AFA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22FE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888C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7ED9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968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B469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759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50F2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6EFF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4230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4411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53DA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F0EF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1C48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168F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7D87A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ED38DD7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3055A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536A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2586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A1CB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08BC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27D9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D1A9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5F6A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75B3BE" w14:textId="357EA443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7D73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C467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4A2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BE35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0E76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DB5B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5041B1" w14:textId="1C872FFD" w:rsidR="0051301B" w:rsidRDefault="00F121E5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F4E0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6470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3CF1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0430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D34A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F04E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075E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BAB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80D6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B69DE0" w14:textId="28A8C4F6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</w:tr>
      <w:tr w:rsidR="0051301B" w14:paraId="0935DE31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F5477F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C4BD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A807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4459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1729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9DC9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3846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F78F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D7A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9764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0240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62BB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C300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EB59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D28D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8E3E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03AF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6F8A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2501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A51D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5CDA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CF1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CCD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A0C4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B0AA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9CB0C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D7DED9C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99BDD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15AC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90A6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C8B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9BC4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CBC0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A1D0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D6A2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16786B" w14:textId="610D9360" w:rsidR="0051301B" w:rsidRDefault="00452C8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6960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879A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423D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4C2B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20C8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CA9C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DCDC66" w14:textId="4CCC00FC" w:rsidR="0051301B" w:rsidRDefault="00F121E5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FFF5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7125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8D9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9C48BB" w14:textId="3BE0AE9D" w:rsidR="0051301B" w:rsidRDefault="00F121E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9EE2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6289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2ED7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190D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A3B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37D1F1" w14:textId="501C5BBB" w:rsidR="0051301B" w:rsidRDefault="00F121E5">
            <w:pPr>
              <w:spacing w:after="0" w:line="240" w:lineRule="auto"/>
              <w:jc w:val="center"/>
            </w:pPr>
            <w:r>
              <w:t>FIZ</w:t>
            </w:r>
          </w:p>
        </w:tc>
      </w:tr>
      <w:tr w:rsidR="0051301B" w14:paraId="514F784D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113218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B93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275A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77A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BBFB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9BE9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6DB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5230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1977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1CA7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59B3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4FAC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A029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6DF6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D1B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33B5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C76A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4DEA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1A98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4606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724A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9E6A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60EE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9960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7ED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1D18D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C2B038A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C70DA4" w14:textId="3D84D2C1" w:rsidR="0051301B" w:rsidRDefault="00D178B4">
            <w:pPr>
              <w:spacing w:after="0" w:line="240" w:lineRule="auto"/>
              <w:jc w:val="center"/>
            </w:pPr>
            <w:r>
              <w:rPr>
                <w:sz w:val="15"/>
              </w:rPr>
              <w:t>IX-1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634D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F45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2D36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A0CD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F208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544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8AC9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5446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12E2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83D9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403A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065C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1937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6F74BC" w14:textId="20092F08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DE35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97D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F1D4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1E6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CDB69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E1F6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F2E11" w14:textId="715179E9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5729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D1A0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6E2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3ABB2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7B4D89C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339156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5B5F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1EB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5BD9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B629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752C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3116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EBF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6B26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2F3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621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B1A9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C4B6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90D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78F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9D70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EEB8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3360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A3C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E570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0CAE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9833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0E8A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E385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7C9A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33C90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220AD5E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E686D4" w14:textId="37F189AD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2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CF48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2346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5369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1448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31ED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78B6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0CC1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5C14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79E06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A1E9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79E6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29C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8D1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8CFD7A" w14:textId="3B672B7B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E503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B383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C9E8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F7A5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950E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532C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D13E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534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DDBF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019397" w14:textId="30F64DD4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87E9C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F168844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A7D7D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F89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2D0A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06D8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3C3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5892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00D7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597C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F73F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740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7809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01F2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D334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142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DEFA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3696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43FC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D00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09B3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4738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5CC2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AA61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5FF8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C1ED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CFCE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3C22F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8B048C5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76826E" w14:textId="2B825D9E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3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674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6CAB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03E5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7C69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EC533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418B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906B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7F0F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205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DBB8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46B2DB" w14:textId="1F652490" w:rsidR="0051301B" w:rsidRDefault="00452C84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4868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DDFA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E96214" w14:textId="1B8F7BAF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47A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B498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3A91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EFA6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D6E8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9570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FA24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D16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21D7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4566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699CC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99DE1A5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E49C8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560D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34A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3579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8EF0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B363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0C83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F55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F78B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C272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B17E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17B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D4D4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ED1B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456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E4B2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9E9C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DD1F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0249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C6F3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68A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84DD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3E18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459F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FDCF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0623F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6C58FC2" w14:textId="77777777" w:rsidTr="00445179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E62B8B" w14:textId="2ACB6F7A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4</w:t>
            </w: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213A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D20E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795A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9AA7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0D45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375C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D1A8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2F50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4238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6FEB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986FB7" w14:textId="30D7E6D2" w:rsidR="0051301B" w:rsidRDefault="00452C84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02A9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2215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8E293B" w14:textId="06E69026" w:rsidR="0051301B" w:rsidRDefault="00F121E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074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22A6A8" w14:textId="1359A548" w:rsidR="0051301B" w:rsidRDefault="00F121E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6026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B450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532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F07E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3767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92C7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F3A2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082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808D9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103A53A" w14:textId="77777777" w:rsidTr="00445179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28E98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92E6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A1F1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C43B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2B7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321A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2C3E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341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A6A5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2F97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E509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ABB8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DE17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4885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267A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30B4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9B8B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55AF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328F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C8AC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99FA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2467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9A68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B65D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214E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C300D4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1E8E3E92" w14:textId="77777777" w:rsidR="00445179" w:rsidRDefault="004451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449BC6" w14:textId="77777777" w:rsidR="00445179" w:rsidRDefault="004451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E65E3D" w14:textId="5203363D" w:rsidR="0051301B" w:rsidRPr="004451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b/>
          <w:sz w:val="28"/>
          <w:szCs w:val="28"/>
        </w:rPr>
        <w:t xml:space="preserve">NAPOMENA: </w:t>
      </w:r>
      <w:r w:rsidRPr="00D178B4">
        <w:rPr>
          <w:rFonts w:ascii="Times New Roman" w:hAnsi="Times New Roman" w:cs="Times New Roman"/>
          <w:b/>
          <w:bCs/>
          <w:sz w:val="28"/>
          <w:szCs w:val="28"/>
        </w:rPr>
        <w:t>U petak 2.4. nastava se izvodi po rasporedu od ponedjeljka.</w:t>
      </w:r>
    </w:p>
    <w:p w14:paraId="47BA1E87" w14:textId="77777777" w:rsidR="0051301B" w:rsidRPr="004451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sz w:val="28"/>
          <w:szCs w:val="28"/>
        </w:rPr>
        <w:br w:type="page"/>
      </w:r>
    </w:p>
    <w:p w14:paraId="4A320F1D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MAJ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  <w:gridCol w:w="582"/>
      </w:tblGrid>
      <w:tr w:rsidR="0051301B" w14:paraId="309EB88E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7A9ED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2D10C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EA48D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F914B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3.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C2AD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4. SEDMICA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25223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5. SEDMICA</w:t>
            </w:r>
          </w:p>
        </w:tc>
      </w:tr>
      <w:tr w:rsidR="0051301B" w14:paraId="10DCF90C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1ADCE0" w14:textId="77777777" w:rsidR="0051301B" w:rsidRDefault="0051301B">
            <w:pPr>
              <w:jc w:val="center"/>
            </w:pP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986D8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3.5. do 7.5.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AF441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10.5. do 14.5.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4E57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17.5. do 21.5.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74441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24.5. do 28.5.</w:t>
            </w:r>
          </w:p>
        </w:tc>
        <w:tc>
          <w:tcPr>
            <w:tcW w:w="2910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5578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31.5.</w:t>
            </w:r>
          </w:p>
        </w:tc>
      </w:tr>
      <w:tr w:rsidR="0051301B" w14:paraId="1590BC05" w14:textId="77777777" w:rsidTr="00367E20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4AEAA6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18990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B285C4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C2983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55E13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AE3BD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3ABC23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506F6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CF3A8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04509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946FB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8ECEF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A6D3E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1D81D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0B056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BE4C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E4EA3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FAB2F8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B0D69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26556B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A7EAE5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EB4B4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4A9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D0EC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FFAE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D2FF1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E24F4FC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89DB2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A9C1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CFD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0BDB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E950D9" w14:textId="2BCF33E4" w:rsidR="0051301B" w:rsidRDefault="00924F1C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CF64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5FDE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F9A8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B40A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077F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5C0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D302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2585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7FCC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E3BF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4438E2" w14:textId="212CE2EB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470765" w14:textId="6F18CE1B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F3B0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D8D690" w14:textId="23CEBBCC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C1C31" w14:textId="70527E86" w:rsidR="0051301B" w:rsidRDefault="0076783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C261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1EE7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AED5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34D9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99CE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82272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B6093FA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D73E03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2EA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995D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A8A1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4013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44BF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62EB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F0B4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E9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9266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60E4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2DA0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7580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E156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707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7BC0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9D0C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6DE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B62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26C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7749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42B8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9F93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DA10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C16F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D4662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48425FC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19D08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61F5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05D9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6CDD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6F8D2D" w14:textId="27DE4FE4" w:rsidR="0051301B" w:rsidRDefault="00924F1C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7DD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457B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8DA7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68E2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988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7478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33CF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9D40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CC24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72A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1A5386" w14:textId="66C1BAFC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0326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5C489" w14:textId="52D2F9B6" w:rsidR="0051301B" w:rsidRDefault="0076783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E1A3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07BD0" w14:textId="6CD11280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DA7876" w14:textId="247C91BD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4C0C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A5F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86D3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6FEE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26D34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CA5E6CF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B1EA3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725C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4426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8289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E58B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209E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75BF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34F6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EF9F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CE9C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4EFC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3E91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AA3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2D6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6589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770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B46C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A0BD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8569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4013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3A35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2BFA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67E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7FAA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BED1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72DD7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B3C278C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453D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6215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E990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5DA8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1281CF" w14:textId="596361D2" w:rsidR="0051301B" w:rsidRDefault="00924F1C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0ACE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AE1C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9B25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E82E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4BA2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B4AA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FE71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60BC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221F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2B5C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87C66F" w14:textId="7AC9742B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D44B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5F13F5" w14:textId="6AA8064B" w:rsidR="0051301B" w:rsidRDefault="0076783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8D52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A9AB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1CF3B2" w14:textId="1EF44440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BDEE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69C7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04E6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06EF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27A04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8565D64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C5ED58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2F15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62AB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564A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69D1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9744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2D33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209F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824C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C798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320E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60B1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85B0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F38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79DB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DA31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9F5C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72E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8F7A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6358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081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C47C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DC64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F9E5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ED3E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72132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D178B4" w14:paraId="1C3AB227" w14:textId="77777777" w:rsidTr="00367E20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13A5B8" w14:textId="6129BB36" w:rsidR="00D178B4" w:rsidRDefault="00D178B4">
            <w:pPr>
              <w:jc w:val="center"/>
            </w:pPr>
            <w:r>
              <w:t>V-4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C92E4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00461D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8E872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E35815" w14:textId="73DEF943" w:rsidR="00D178B4" w:rsidRDefault="00924F1C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B6D59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2D42B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657B8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40354B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495CE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D0D6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776D2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A3310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9BEA4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77636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2C8C6E" w14:textId="009F2AC0" w:rsidR="00D178B4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142C0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EA011B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392654" w14:textId="3CB9F47F" w:rsidR="00D178B4" w:rsidRDefault="00767835">
            <w:pPr>
              <w:spacing w:after="0" w:line="240" w:lineRule="auto"/>
              <w:jc w:val="center"/>
            </w:pPr>
            <w:r>
              <w:t>PRIR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801CDC" w14:textId="2BC0EDDE" w:rsidR="00D178B4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E0148A" w14:textId="2DAB240D" w:rsidR="00D178B4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80CC4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29609C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C2FF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78004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AF6176" w14:textId="77777777" w:rsidR="00D178B4" w:rsidRDefault="00D178B4">
            <w:pPr>
              <w:spacing w:after="0" w:line="240" w:lineRule="auto"/>
              <w:jc w:val="center"/>
            </w:pPr>
          </w:p>
        </w:tc>
      </w:tr>
      <w:tr w:rsidR="00D178B4" w14:paraId="6EA1D502" w14:textId="77777777" w:rsidTr="00367E20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3D3EC6" w14:textId="77777777" w:rsidR="00D178B4" w:rsidRDefault="00D178B4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9DFBD0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D211C8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0120D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55A34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4FBEF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21DB5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E75D9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FE0EF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90306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CEAC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E6CF11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A2C10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D3FB24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566680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A70ED9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F1663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EAF51F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A4F05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466BD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A364E7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62D772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F00EFA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7B4923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B1A606" w14:textId="77777777" w:rsidR="00D178B4" w:rsidRDefault="00D178B4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3AF3A6" w14:textId="77777777" w:rsidR="00D178B4" w:rsidRDefault="00D178B4">
            <w:pPr>
              <w:spacing w:after="0" w:line="240" w:lineRule="auto"/>
              <w:jc w:val="center"/>
            </w:pPr>
          </w:p>
        </w:tc>
      </w:tr>
      <w:tr w:rsidR="0051301B" w14:paraId="3A3FAC7A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49C06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684C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59EC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C309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4F15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FDEE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ADA7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0ED4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0204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30F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806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3F1E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854618" w14:textId="475FD79F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DEEC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1A0B72" w14:textId="34FDEF65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35F7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553619" w14:textId="0288E057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0949F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66EC8F" w14:textId="323251F0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8DF865" w14:textId="6FADA93E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F41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08C9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1D3F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18A0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CAB5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A71E3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8887450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C8A58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820F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A889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AA0E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F25F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4019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A59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B400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7CAC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997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5977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48A2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9801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7D7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839C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7BE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B510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4FF0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DBE0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309A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9901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E9DC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C374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5352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98E0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D0EA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9CF2413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E2F1E9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6751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9F74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001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9122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D284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2226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2FC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40BFF7" w14:textId="135522E5" w:rsidR="0051301B" w:rsidRDefault="00924F1C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1126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FBBFD9" w14:textId="2D86BAF3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FBAD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4237B0" w14:textId="210AEBFF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5F28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92BDD2" w14:textId="309B8BAC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8900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BA9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C2B2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4E1A40" w14:textId="7189B4D5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51DCF2" w14:textId="2F5F5481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9605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62E9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B3F2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67F9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D666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2F2C9C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E10B353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A7F11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D84F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7392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BF8F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FF55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7830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EC94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FC75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3C7C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9106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C1D8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A816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81A1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160D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82F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ED64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3CC9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FC76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5C62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C99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C96B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A58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840B0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A732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55C67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AB4F5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88814AE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BC396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F27A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595E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94A7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F217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6E210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F70E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9B3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745E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46F0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7BC7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A81E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408A0" w14:textId="61B3EB53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EBB1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0456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794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7A030A" w14:textId="586D2695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D35C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97C5C4" w14:textId="3C84A50D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8AFDBD" w14:textId="798CABF3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3540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F897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C63B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E7C5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86FC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82085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D4B9A4F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8E2DD4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80F6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8EDF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2BE0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4268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ADAD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D51B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9B2A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C4FC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0FA7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CCC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6DA8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E967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28C7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85C6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26DE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38DF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E6C1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8BF2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F3ED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E676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5586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24E2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2528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ADF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B163B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7E3130F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6B83F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B28E9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1449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6165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8248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3024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05C8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F180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CC2F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4EC0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2C18EE" w14:textId="41AD433D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C555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7B5B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73CB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4166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FC65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CA7363" w14:textId="0EF78D48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B970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1B3980" w14:textId="5EEEF9EB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9C1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10DC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E3AC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5E02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9935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9EF3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F8690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3974FF5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5ED92D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BE6C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447E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A483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4A2A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4D24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7B3E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24B97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B6A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62E9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B6FE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4897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D82E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B67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0B73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59CF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7E67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5BD6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3AFC42" w14:textId="6F5BC9EA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EC47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79CC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B528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E29D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D3E6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3127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C848A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61D0D1D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E3536E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046C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B952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A778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996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7AC0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3848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46A5E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5639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D5786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A26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21C1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045153" w14:textId="1861B741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B0A1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35D0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8519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35E2EE" w14:textId="2892156B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4F6E0C" w14:textId="61704340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3D94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874E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E4B8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87BC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67BE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05AA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62EA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C1350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1983A6C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8CDFC2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7107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3D1E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BC45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B1B1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01DA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23AC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A469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64A9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B974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511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33FC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947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265A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7728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5299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CBF0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E86A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E4B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F13F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1E89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99C8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765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CE69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A4C3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DF7BA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C78E120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05F8E8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2AB4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D43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E48A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AAB7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43BB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748E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D3A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4257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7F5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2E3AE6" w14:textId="3D6136FC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652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DAC91C" w14:textId="181EC80C" w:rsidR="0051301B" w:rsidRDefault="00767835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6205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7305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B798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5A091B" w14:textId="1A7490AD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1C0975" w14:textId="23AF175F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A38D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F59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CEF70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739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F91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8F8E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48AA1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B1FE6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AFBE1DB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615533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E77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1680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52AC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9EAA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13E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D07A8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F96A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8237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8990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7982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940A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04E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AC09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F73B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A0E0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C3F2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44FE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DDAE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6A81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E6FF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E31C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76A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0B98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EB76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1D1D59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2863435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147895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62C6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712B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98A1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72B8C" w14:textId="39117537" w:rsidR="0051301B" w:rsidRDefault="00924F1C">
            <w:pPr>
              <w:spacing w:after="0" w:line="240" w:lineRule="auto"/>
              <w:jc w:val="center"/>
            </w:pPr>
            <w:r>
              <w:t>EJ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CE6C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9C7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E8E4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99EFE2" w14:textId="634F59B3" w:rsidR="0051301B" w:rsidRDefault="00767835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948792" w14:textId="3233C17D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21B70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77F4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D921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DAD8D9" w14:textId="714DF5E9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BDCF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C7A2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BE8C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2619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9D52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84657B" w14:textId="16EA011A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360FC7" w14:textId="5BFA301A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0814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183E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26D7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23CB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49FD4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3A062BB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8D9DB5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E81B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6FC8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BB8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AFBB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C00B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967D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68FBF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96B5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B265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EFC8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F9A7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ABAF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8601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F969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5563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DC0F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3E01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D4AC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E342F1" w14:textId="6FF02878" w:rsidR="0051301B" w:rsidRDefault="00767835">
            <w:pPr>
              <w:spacing w:after="0" w:line="240" w:lineRule="auto"/>
              <w:jc w:val="center"/>
            </w:pPr>
            <w:r>
              <w:t>EJEJ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8BF5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4814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4896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D2BC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9DAD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20EFE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C66103E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F89CD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5B6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49CC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2835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8AD6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591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DC2F24" w14:textId="1C5A9ECE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0967B8" w14:textId="7B2CABB5" w:rsidR="0051301B" w:rsidRDefault="00924F1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DCF0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FFBB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CB9832" w14:textId="388D980E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9A8C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1D6D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F865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4FDB2D" w14:textId="4206D8BD" w:rsidR="0051301B" w:rsidRDefault="00767835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83247" w14:textId="5FB7FC74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CD9A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BEF962" w14:textId="66C1085F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71DD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4D1F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BE2A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74F2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932C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30C3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02D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6D626F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FA08415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8A0525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F448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909A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7E209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B5665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252D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5A92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2A7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0ABA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B132A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F1A2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F548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EB0B1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15AB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6328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6708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E7A8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31B5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FB63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3746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271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ED9E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F4E7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0B63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3C45A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4935C5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C0B108E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F7F85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FEEB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AB30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831A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8E0A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B780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781901" w14:textId="2E3ECEF7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41640" w14:textId="328210D2" w:rsidR="0051301B" w:rsidRDefault="00924F1C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B67B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B661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BAA874" w14:textId="659817C5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DD515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856E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FCBC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D2D5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54DB7F" w14:textId="3E49E943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759518" w14:textId="7879E907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E57A3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8F125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BF2C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0BF0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23F4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703E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07ED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E1C19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FCD1D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0FD6B4E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86DD31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E097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14E5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C783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F1E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D6B1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7455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12DD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C8E3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C4CC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E068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0FD5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C5E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6AE4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D4855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0D0E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F4729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DDFC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1D50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95F8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7B073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CFC9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61DB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3967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40C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9EF3D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8A36720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A4DE7" w14:textId="5AC7C0EC" w:rsidR="0051301B" w:rsidRDefault="00D178B4">
            <w:pPr>
              <w:spacing w:after="0" w:line="240" w:lineRule="auto"/>
              <w:jc w:val="center"/>
            </w:pPr>
            <w:r>
              <w:rPr>
                <w:sz w:val="15"/>
              </w:rPr>
              <w:t>IX-1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5B64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1BCA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2167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930D2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6B3D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2BA56B" w14:textId="3BB743E3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75D1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E323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CEAAAD" w14:textId="209DCE01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767700" w14:textId="21221628" w:rsidR="0051301B" w:rsidRDefault="00767835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C038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3630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FD77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D22B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D4120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C43CFB" w14:textId="72F71315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6449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7762D2" w14:textId="644D1394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1712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A5D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5A6DA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2D8B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52E2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CC07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47FC3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AE87468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B829B8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252B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BBA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2D1A4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55243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5AAA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5147E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40E34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5B09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7A32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032B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B0E5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600C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3D7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3ED0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D183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B1D71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95D07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6B65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13A58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C17C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D0AE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B149C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689E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A7B9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847E27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4607AF8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6BC9B" w14:textId="23669414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2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3E65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D5D9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0B886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7C9B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7007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E6BD12" w14:textId="3B87A6F8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F057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6E0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F389C" w14:textId="5E249B19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EB95A9" w14:textId="201BE62A" w:rsidR="0051301B" w:rsidRDefault="00767835">
            <w:pPr>
              <w:spacing w:after="0" w:line="240" w:lineRule="auto"/>
              <w:jc w:val="center"/>
            </w:pPr>
            <w:r>
              <w:t>BIO</w:t>
            </w: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D937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3FAC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BB98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CF6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DBC6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54D88" w14:textId="4AFCFFD5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8BFD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992452" w14:textId="0381F8BE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332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8955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AE60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D1C2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EE22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AE0E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63668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4A67425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5A4BBF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1895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1C37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8605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9535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377B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9C879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0A1D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1C43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6FB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F6E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A4B0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052A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495F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F227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F14E6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590F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BED0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4A35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E2F39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A7D1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E5F4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09CD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2D10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CE9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93B57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673FB8C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C29352" w14:textId="3705E979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3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9A8F8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7FEB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84252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931612" w14:textId="09D1F7BE" w:rsidR="0051301B" w:rsidRDefault="00924F1C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C2B1F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3138A1" w14:textId="6E6E2CB7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D5636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6E22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3081B8" w14:textId="3330852B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D4B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72AD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6E1DD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7B78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CCA2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94031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468543" w14:textId="08E884BF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7305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B628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4F59FD" w14:textId="681BDC6D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3BFD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65D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CB3CE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EB3E8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CBBDF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440B5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D2EF49C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85F5C3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3213C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2CAB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C5E0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3DDE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287F8D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630BC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7B4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6FD8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CB60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408D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7E3A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88F24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C39C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5328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4797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9DCA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6AABE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52BE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75B2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5CE3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9E8BF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6C9E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09AC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3B05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46CCE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C3A53E4" w14:textId="77777777" w:rsidTr="00367E20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6ADDD6" w14:textId="743B1C1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D178B4">
              <w:rPr>
                <w:sz w:val="15"/>
              </w:rPr>
              <w:t>4</w:t>
            </w: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CD3A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473F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641A5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531A53" w14:textId="2B80BA9D" w:rsidR="0051301B" w:rsidRDefault="00924F1C">
            <w:pPr>
              <w:spacing w:after="0" w:line="240" w:lineRule="auto"/>
              <w:jc w:val="center"/>
            </w:pPr>
            <w:r>
              <w:t>NJEM</w:t>
            </w: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25CE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6171B9" w14:textId="1CDDAA59" w:rsidR="0051301B" w:rsidRDefault="00924F1C">
            <w:pPr>
              <w:spacing w:after="0" w:line="240" w:lineRule="auto"/>
              <w:jc w:val="center"/>
            </w:pPr>
            <w:r>
              <w:t>HEM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54A6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8F72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244C75" w14:textId="64E67E80" w:rsidR="0051301B" w:rsidRDefault="00767835">
            <w:pPr>
              <w:spacing w:after="0" w:line="240" w:lineRule="auto"/>
              <w:jc w:val="center"/>
            </w:pPr>
            <w:r>
              <w:t>FIZ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95EE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DB83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5875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AAD7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0E37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6EA5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E254B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D7E1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E7EF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E71F67" w14:textId="69E4E4CF" w:rsidR="0051301B" w:rsidRDefault="00767835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C988B" w14:textId="3C344082" w:rsidR="0051301B" w:rsidRDefault="00767835">
            <w:pPr>
              <w:spacing w:after="0" w:line="240" w:lineRule="auto"/>
              <w:jc w:val="center"/>
            </w:pPr>
            <w:r>
              <w:t>BJ</w:t>
            </w: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4FC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353CC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68EA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EB57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7922D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8ECF088" w14:textId="77777777" w:rsidTr="00367E20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B13E19" w14:textId="77777777" w:rsidR="0051301B" w:rsidRDefault="0051301B">
            <w:pPr>
              <w:jc w:val="center"/>
            </w:pPr>
          </w:p>
        </w:tc>
        <w:tc>
          <w:tcPr>
            <w:tcW w:w="582" w:type="dxa"/>
            <w:shd w:val="clear" w:color="auto" w:fill="1F497D" w:themeFill="text2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A830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6BD6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06BFD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F9B7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F701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FB5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1B52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4903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2A31F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CA8C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00B05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8DE1B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187C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572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00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E6CB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1CCB4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AE31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BF90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22A1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91D8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E44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FFFFFF" w:themeFill="background1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DFF6E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0FD9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17FEA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924A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582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49A288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269F6663" w14:textId="77777777" w:rsidR="00D178B4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b/>
          <w:sz w:val="28"/>
          <w:szCs w:val="28"/>
        </w:rPr>
        <w:t xml:space="preserve">NAPOMENA: </w:t>
      </w:r>
      <w:r w:rsidRPr="00445179">
        <w:rPr>
          <w:rFonts w:ascii="Times New Roman" w:hAnsi="Times New Roman" w:cs="Times New Roman"/>
          <w:sz w:val="28"/>
          <w:szCs w:val="28"/>
        </w:rPr>
        <w:t xml:space="preserve">Nastava se ne planira za: 3.5. (PRAZNIK RADA / VASKRSNI PONEDJELJAK), 17.5. (KURBAN BAJRAM), 31.5. (DAN ŠKOLE). </w:t>
      </w:r>
    </w:p>
    <w:p w14:paraId="26C411E5" w14:textId="77777777" w:rsidR="00D178B4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78B4">
        <w:rPr>
          <w:rFonts w:ascii="Times New Roman" w:hAnsi="Times New Roman" w:cs="Times New Roman"/>
          <w:b/>
          <w:bCs/>
          <w:sz w:val="28"/>
          <w:szCs w:val="28"/>
        </w:rPr>
        <w:t xml:space="preserve">U četvrtak 6.5. nastava se izvodi po rasporedu od petka. </w:t>
      </w:r>
    </w:p>
    <w:p w14:paraId="74D462ED" w14:textId="1AB1A5C1" w:rsidR="0051301B" w:rsidRPr="00D178B4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78B4">
        <w:rPr>
          <w:rFonts w:ascii="Times New Roman" w:hAnsi="Times New Roman" w:cs="Times New Roman"/>
          <w:b/>
          <w:bCs/>
          <w:sz w:val="28"/>
          <w:szCs w:val="28"/>
        </w:rPr>
        <w:t>U petak 7.5. nastava se izvodi po rasporedu od četvrtka. U četvrtak 20.5. nastava se izvodi po rasporedu od ponedjeljka.</w:t>
      </w:r>
    </w:p>
    <w:p w14:paraId="12E40FEB" w14:textId="77777777" w:rsidR="0051301B" w:rsidRPr="00D178B4" w:rsidRDefault="00000000">
      <w:pPr>
        <w:spacing w:after="0" w:line="240" w:lineRule="auto"/>
        <w:rPr>
          <w:b/>
          <w:bCs/>
        </w:rPr>
      </w:pPr>
      <w:r w:rsidRPr="00D178B4">
        <w:rPr>
          <w:b/>
          <w:bCs/>
        </w:rPr>
        <w:lastRenderedPageBreak/>
        <w:br w:type="page"/>
      </w:r>
    </w:p>
    <w:p w14:paraId="52435A8D" w14:textId="77777777" w:rsidR="0051301B" w:rsidRDefault="00000000">
      <w:pPr>
        <w:spacing w:after="0" w:line="240" w:lineRule="auto"/>
        <w:jc w:val="center"/>
      </w:pPr>
      <w:r>
        <w:rPr>
          <w:b/>
          <w:sz w:val="24"/>
        </w:rPr>
        <w:lastRenderedPageBreak/>
        <w:t>PLAN PISANIH PROVJERA ZA MJESEC JUNI</w:t>
      </w:r>
      <w:r>
        <w:rPr>
          <w:b/>
          <w:sz w:val="24"/>
        </w:rPr>
        <w:br/>
        <w:t>- PREDMETNA NASTAVA -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5" w:space="0" w:color="auto"/>
          <w:insideV w:val="single" w:sz="5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1455"/>
        <w:gridCol w:w="1455"/>
        <w:gridCol w:w="1455"/>
        <w:gridCol w:w="1455"/>
        <w:gridCol w:w="1455"/>
        <w:gridCol w:w="1455"/>
        <w:gridCol w:w="1455"/>
        <w:gridCol w:w="1455"/>
        <w:gridCol w:w="1455"/>
        <w:gridCol w:w="1455"/>
      </w:tblGrid>
      <w:tr w:rsidR="0051301B" w14:paraId="40141791" w14:textId="77777777">
        <w:trPr>
          <w:trHeight w:hRule="exact" w:val="306"/>
          <w:tblHeader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CF5A531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RAZRED</w:t>
            </w:r>
          </w:p>
        </w:tc>
        <w:tc>
          <w:tcPr>
            <w:tcW w:w="727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CF3E0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1. SEDMICA</w:t>
            </w:r>
          </w:p>
        </w:tc>
        <w:tc>
          <w:tcPr>
            <w:tcW w:w="727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8CCFF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2. SEDMICA</w:t>
            </w:r>
          </w:p>
        </w:tc>
      </w:tr>
      <w:tr w:rsidR="0051301B" w14:paraId="08187D12" w14:textId="77777777">
        <w:trPr>
          <w:trHeight w:hRule="exact" w:val="288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D8FCC7" w14:textId="77777777" w:rsidR="0051301B" w:rsidRDefault="0051301B">
            <w:pPr>
              <w:jc w:val="center"/>
            </w:pPr>
          </w:p>
        </w:tc>
        <w:tc>
          <w:tcPr>
            <w:tcW w:w="727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6635BB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1.6. do 4.6.</w:t>
            </w:r>
          </w:p>
        </w:tc>
        <w:tc>
          <w:tcPr>
            <w:tcW w:w="7275" w:type="dxa"/>
            <w:gridSpan w:val="5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28462A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7.6. do 11.6.</w:t>
            </w:r>
          </w:p>
        </w:tc>
      </w:tr>
      <w:tr w:rsidR="0051301B" w14:paraId="6265241E" w14:textId="77777777">
        <w:trPr>
          <w:trHeight w:hRule="exact" w:val="270"/>
          <w:tblHeader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82DDC7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D9D9D9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82E4A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8A8779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7C1EC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B56866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72DC0F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70FE77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DF2552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U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A7B200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64838A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Č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17214C" w14:textId="77777777" w:rsidR="0051301B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</w:t>
            </w:r>
          </w:p>
        </w:tc>
      </w:tr>
      <w:tr w:rsidR="0051301B" w14:paraId="648EB0A3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2785FD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V-1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C14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C4DB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2297A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1FA3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2CA7F73" w14:textId="266ED14C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882A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DFEED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DB8B3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77E1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0421B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1BBA6E9C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1B55C6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B670B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0FB40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7AB20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0BD06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475C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BB67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8A5FE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8E8D8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BD8D8C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01F90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4D54871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3228F1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V-2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59905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0293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EBE1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3DA67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278C9A" w14:textId="72EFAFCB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49CF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A96B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9BD0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9603E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21DAD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4016CD8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48E4D4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7F785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37E3C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42A9B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A970D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5A5A2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4205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E19B5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6102C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87D5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0E207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EB49C9C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B989F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V-3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EE86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BDBC4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EDC3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F7B2D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9A2E1A" w14:textId="4F08958D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E780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3D4F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25FD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81DC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A770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A744727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E8E371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6A26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564B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903B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54B68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EAD91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9834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2AD14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AC77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61EB2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86EE6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64777A" w14:paraId="2ECA9350" w14:textId="77777777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F4F625" w14:textId="020AD4D3" w:rsidR="0064777A" w:rsidRDefault="0064777A">
            <w:pPr>
              <w:jc w:val="center"/>
            </w:pPr>
            <w:r>
              <w:t>V-4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93D9E9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1B8BD9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D0D341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455322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93161F" w14:textId="51B3E8EC" w:rsidR="0064777A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9C463C7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348BD4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E5293F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6C1892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F78C35" w14:textId="77777777" w:rsidR="0064777A" w:rsidRDefault="0064777A">
            <w:pPr>
              <w:spacing w:after="0" w:line="240" w:lineRule="auto"/>
              <w:jc w:val="center"/>
            </w:pPr>
          </w:p>
        </w:tc>
      </w:tr>
      <w:tr w:rsidR="0064777A" w14:paraId="564B2C18" w14:textId="77777777">
        <w:trPr>
          <w:trHeight w:hRule="exact" w:val="225"/>
        </w:trPr>
        <w:tc>
          <w:tcPr>
            <w:tcW w:w="12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F6810E" w14:textId="645D2453" w:rsidR="0064777A" w:rsidRDefault="0064777A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C1AE35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4502F7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8FA428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99780F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9FB602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164D67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A47116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933ED3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DDD26F" w14:textId="77777777" w:rsidR="0064777A" w:rsidRDefault="0064777A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DEC57E" w14:textId="77777777" w:rsidR="0064777A" w:rsidRDefault="0064777A">
            <w:pPr>
              <w:spacing w:after="0" w:line="240" w:lineRule="auto"/>
              <w:jc w:val="center"/>
            </w:pPr>
          </w:p>
        </w:tc>
      </w:tr>
      <w:tr w:rsidR="0051301B" w14:paraId="6C6D4FC6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DA47F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VI-1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0762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6C52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B36D1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6C8A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FA1E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61701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15CF0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B389D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BB0E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1A2E42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BD429BA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9A48CE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E7D3A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AEF5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FAB4B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F443B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D5F4B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1A877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CAEE4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2375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71D86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887C66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5C9964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518E2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VI-2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C72FE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84B00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625F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FC525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F001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7CAE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47D27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62D2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3E41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5F6C4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BD90253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968A91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4EAA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F68C1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67F3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006C2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4180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DEA0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BB69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DA937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5820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D790C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EE47099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3AE54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VI-3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7A6D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D99E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944C6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44D5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CA079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91EC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2E5AA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158DE4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53742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9BBE6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27D1339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C08F19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3E931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9EA1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B95A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D86AA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8141C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C5E58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0281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20546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52107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4D748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43173F9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574EE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VII-1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7B65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F9D6E0" w14:textId="12BED7FE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B52E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C42B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C978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1D06D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9D71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20C8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C477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32F6C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04D6521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3B0F31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CC2AEA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427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C52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3B88DF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A2B70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75D64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AAF0F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EACEA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05D8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0498A5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B65050F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2D72EF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VII-2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9F33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9179EA" w14:textId="31DAC690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FEB0B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CE4A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1A56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6313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5E832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F028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35813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E8A09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ADD1838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801299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56650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6F8C1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5E75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DDB1B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F7F6B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1F6D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27A7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44E94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AB5F54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9060C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D19CAFD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F6EE16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VII-3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18C8B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D8DEBB" w14:textId="211E7E23" w:rsidR="0051301B" w:rsidRDefault="009E0664">
            <w:pPr>
              <w:spacing w:after="0" w:line="240" w:lineRule="auto"/>
              <w:jc w:val="center"/>
            </w:pPr>
            <w:r>
              <w:t>MAT</w:t>
            </w: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E5AC5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122C2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3488D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72949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BC5C8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374DF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B6ADD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36B710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B30B929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8D0E26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64912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21A51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648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D75F3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76C94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7F475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E0BF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51ABF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3F29A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82E81A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4580B222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73C3D67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VIII-1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D0C544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0A536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2D88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D7B5D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76880D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24136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09E3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5A90F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7783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0770D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A52B646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3EADDF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A136F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C5FA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2F402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BCF40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3EAA4E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C5357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A1FB1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2B674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26877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284E5B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0A3F130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22784A2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VIII-2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17EF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15CA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8BBE8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818BD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3CC2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DF099E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4CD69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D0FD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9FBC5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0868AA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586BC54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689774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870EE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52FAD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6D3AC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273F0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4E232C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C2557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5626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FF916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78EDF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4EBBC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091464E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F39FBC" w14:textId="7777777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VIII-3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43B2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159D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93853E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F853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9652F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EFAA22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2AAD3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451AE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5378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CF1CD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B7D6C06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430A01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6E3C93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BAC132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68CCB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83406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44AB62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A4D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AFD03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7D3235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FFD99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4C0C36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0EDCDDEB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A61E69" w14:textId="0A27F6F4" w:rsidR="0051301B" w:rsidRDefault="0064777A">
            <w:pPr>
              <w:spacing w:after="0" w:line="240" w:lineRule="auto"/>
              <w:jc w:val="center"/>
            </w:pPr>
            <w:r>
              <w:rPr>
                <w:sz w:val="15"/>
              </w:rPr>
              <w:t>IX-1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E9824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37B95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EB08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57D8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A1B966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66C17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17F0D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57EDAB1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98A4C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F7008D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60E71764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3A38CB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A194F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FDCC40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59743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CC785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3250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945C6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4D99A8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0A65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DCBAE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6FADC6E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3D4499E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793058" w14:textId="51B9774D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64777A">
              <w:rPr>
                <w:sz w:val="15"/>
              </w:rPr>
              <w:t>2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04071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5759D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91E575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C0A3E9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0EE1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F06DE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B5759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6DC61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54B00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CF1D064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529377CA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192292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4FEB4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02753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B567D3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0E8B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08F79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0F783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844C7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2776E8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D88C2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084D2B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ABAD124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674FA7" w14:textId="72198465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64777A">
              <w:rPr>
                <w:sz w:val="15"/>
              </w:rPr>
              <w:t>3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C67C09D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35526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4A439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B51B11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803CE2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509298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8BEF9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729CB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F2E8C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D9F5E3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2033C4DA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F63D73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0A049DB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03E31C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D07486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B714CF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A38FB4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CCC7A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1434A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A349C1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F56269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13DDE1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3E7967C5" w14:textId="77777777">
        <w:trPr>
          <w:trHeight w:hRule="exact" w:val="225"/>
        </w:trPr>
        <w:tc>
          <w:tcPr>
            <w:tcW w:w="1250" w:type="dxa"/>
            <w:vMerge w:val="restar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D1396F0" w14:textId="09AE03D7" w:rsidR="0051301B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IX-</w:t>
            </w:r>
            <w:r w:rsidR="0064777A">
              <w:rPr>
                <w:sz w:val="15"/>
              </w:rPr>
              <w:t>4</w:t>
            </w: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3927AC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57D45C3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1EA3477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EB7EE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570ADF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ED00B6A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E52E46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D11503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3EE6B5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258558" w14:textId="77777777" w:rsidR="0051301B" w:rsidRDefault="0051301B">
            <w:pPr>
              <w:spacing w:after="0" w:line="240" w:lineRule="auto"/>
              <w:jc w:val="center"/>
            </w:pPr>
          </w:p>
        </w:tc>
      </w:tr>
      <w:tr w:rsidR="0051301B" w14:paraId="74469AA5" w14:textId="77777777">
        <w:trPr>
          <w:trHeight w:hRule="exact" w:val="225"/>
        </w:trPr>
        <w:tc>
          <w:tcPr>
            <w:tcW w:w="125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8ED27F" w14:textId="77777777" w:rsidR="0051301B" w:rsidRDefault="0051301B">
            <w:pPr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C2E3B7C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ACECB9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9024588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732417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E05F12F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025D16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6B9D3A2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F8C200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372CCE" w14:textId="77777777" w:rsidR="0051301B" w:rsidRDefault="0051301B">
            <w:pPr>
              <w:spacing w:after="0" w:line="240" w:lineRule="auto"/>
              <w:jc w:val="center"/>
            </w:pPr>
          </w:p>
        </w:tc>
        <w:tc>
          <w:tcPr>
            <w:tcW w:w="1455" w:type="dxa"/>
            <w:shd w:val="clear" w:color="auto" w:fill="E7E6E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2BE9428" w14:textId="77777777" w:rsidR="0051301B" w:rsidRDefault="0051301B">
            <w:pPr>
              <w:spacing w:after="0" w:line="240" w:lineRule="auto"/>
              <w:jc w:val="center"/>
            </w:pPr>
          </w:p>
        </w:tc>
      </w:tr>
    </w:tbl>
    <w:p w14:paraId="76D16168" w14:textId="77777777" w:rsidR="0064777A" w:rsidRDefault="006477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A79D28" w14:textId="73D61430" w:rsidR="0051301B" w:rsidRPr="004451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179">
        <w:rPr>
          <w:rFonts w:ascii="Times New Roman" w:hAnsi="Times New Roman" w:cs="Times New Roman"/>
          <w:b/>
          <w:sz w:val="28"/>
          <w:szCs w:val="28"/>
        </w:rPr>
        <w:t xml:space="preserve">NAPOMENA: </w:t>
      </w:r>
      <w:r w:rsidRPr="00445179">
        <w:rPr>
          <w:rFonts w:ascii="Times New Roman" w:hAnsi="Times New Roman" w:cs="Times New Roman"/>
          <w:sz w:val="28"/>
          <w:szCs w:val="28"/>
        </w:rPr>
        <w:t>Nastava za IX razred završava 4.6.2027.; za ostale razrede 11.6.2027.</w:t>
      </w:r>
    </w:p>
    <w:sectPr w:rsidR="0051301B" w:rsidRPr="00445179" w:rsidSect="00034616">
      <w:footerReference w:type="default" r:id="rId8"/>
      <w:pgSz w:w="16838" w:h="11906" w:orient="landscape"/>
      <w:pgMar w:top="160" w:right="160" w:bottom="160" w:left="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60DB2" w14:textId="77777777" w:rsidR="0041731F" w:rsidRDefault="0041731F">
      <w:pPr>
        <w:spacing w:after="0" w:line="240" w:lineRule="auto"/>
      </w:pPr>
      <w:r>
        <w:separator/>
      </w:r>
    </w:p>
  </w:endnote>
  <w:endnote w:type="continuationSeparator" w:id="0">
    <w:p w14:paraId="484C80BE" w14:textId="77777777" w:rsidR="0041731F" w:rsidRDefault="0041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64843" w14:textId="77777777" w:rsidR="0051301B" w:rsidRDefault="00000000">
    <w:pPr>
      <w:pStyle w:val="Footer"/>
      <w:jc w:val="right"/>
    </w:pPr>
    <w:r>
      <w:rPr>
        <w:sz w:val="14"/>
      </w:rPr>
      <w:t>Školska 2026/2027. godina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616D" w14:textId="77777777" w:rsidR="0041731F" w:rsidRDefault="0041731F">
      <w:pPr>
        <w:spacing w:after="0" w:line="240" w:lineRule="auto"/>
      </w:pPr>
      <w:r>
        <w:separator/>
      </w:r>
    </w:p>
  </w:footnote>
  <w:footnote w:type="continuationSeparator" w:id="0">
    <w:p w14:paraId="0F03B541" w14:textId="77777777" w:rsidR="0041731F" w:rsidRDefault="00417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6030993">
    <w:abstractNumId w:val="8"/>
  </w:num>
  <w:num w:numId="2" w16cid:durableId="1418793977">
    <w:abstractNumId w:val="6"/>
  </w:num>
  <w:num w:numId="3" w16cid:durableId="2091149606">
    <w:abstractNumId w:val="5"/>
  </w:num>
  <w:num w:numId="4" w16cid:durableId="1993438253">
    <w:abstractNumId w:val="4"/>
  </w:num>
  <w:num w:numId="5" w16cid:durableId="203832918">
    <w:abstractNumId w:val="7"/>
  </w:num>
  <w:num w:numId="6" w16cid:durableId="157355641">
    <w:abstractNumId w:val="3"/>
  </w:num>
  <w:num w:numId="7" w16cid:durableId="1531333789">
    <w:abstractNumId w:val="2"/>
  </w:num>
  <w:num w:numId="8" w16cid:durableId="1842967621">
    <w:abstractNumId w:val="1"/>
  </w:num>
  <w:num w:numId="9" w16cid:durableId="122297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0D8"/>
    <w:rsid w:val="0015074B"/>
    <w:rsid w:val="001D2D86"/>
    <w:rsid w:val="00205A45"/>
    <w:rsid w:val="0029639D"/>
    <w:rsid w:val="00326F90"/>
    <w:rsid w:val="00367E20"/>
    <w:rsid w:val="0041731F"/>
    <w:rsid w:val="00425426"/>
    <w:rsid w:val="00445179"/>
    <w:rsid w:val="00452C84"/>
    <w:rsid w:val="00464368"/>
    <w:rsid w:val="004D4A4F"/>
    <w:rsid w:val="005078CA"/>
    <w:rsid w:val="0051301B"/>
    <w:rsid w:val="00552FCF"/>
    <w:rsid w:val="0064777A"/>
    <w:rsid w:val="006F78AE"/>
    <w:rsid w:val="00767835"/>
    <w:rsid w:val="007B7215"/>
    <w:rsid w:val="007D0818"/>
    <w:rsid w:val="007E7857"/>
    <w:rsid w:val="00832B22"/>
    <w:rsid w:val="00924F1C"/>
    <w:rsid w:val="00945683"/>
    <w:rsid w:val="009E0664"/>
    <w:rsid w:val="00A94284"/>
    <w:rsid w:val="00AA1D8D"/>
    <w:rsid w:val="00AA1F03"/>
    <w:rsid w:val="00B47730"/>
    <w:rsid w:val="00BB166A"/>
    <w:rsid w:val="00BC21A2"/>
    <w:rsid w:val="00C37DB5"/>
    <w:rsid w:val="00C40BCE"/>
    <w:rsid w:val="00CB0664"/>
    <w:rsid w:val="00CB4474"/>
    <w:rsid w:val="00CC290B"/>
    <w:rsid w:val="00CD03B4"/>
    <w:rsid w:val="00D00C7F"/>
    <w:rsid w:val="00D02877"/>
    <w:rsid w:val="00D178B4"/>
    <w:rsid w:val="00DD48F2"/>
    <w:rsid w:val="00EE3E2F"/>
    <w:rsid w:val="00F121E5"/>
    <w:rsid w:val="00F46F8D"/>
    <w:rsid w:val="00FC693F"/>
    <w:rsid w:val="00FD466C"/>
    <w:rsid w:val="00FD7CC4"/>
    <w:rsid w:val="00FE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7C6A3"/>
  <w14:defaultImageDpi w14:val="300"/>
  <w15:docId w15:val="{928FB8B2-12A8-4F9B-8FB5-D700B941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13</cp:revision>
  <dcterms:created xsi:type="dcterms:W3CDTF">2026-09-08T12:20:00Z</dcterms:created>
  <dcterms:modified xsi:type="dcterms:W3CDTF">2026-09-28T09:46:00Z</dcterms:modified>
  <cp:category/>
</cp:coreProperties>
</file>